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06010" w14:textId="30964B77" w:rsidR="003776BB" w:rsidRDefault="00000000" w:rsidP="00B4213F">
      <w:pPr>
        <w:spacing w:after="0" w:line="240" w:lineRule="auto"/>
        <w:jc w:val="center"/>
        <w:rPr>
          <w:b/>
          <w:sz w:val="40"/>
          <w:szCs w:val="40"/>
          <w:lang w:eastAsia="ja-JP"/>
        </w:rPr>
      </w:pPr>
      <w:r w:rsidRPr="00B4213F">
        <w:rPr>
          <w:b/>
          <w:sz w:val="40"/>
          <w:szCs w:val="40"/>
          <w:lang w:eastAsia="ja-JP"/>
        </w:rPr>
        <w:t>令和8年度【新入社員フォローアップ研修】受講申込書</w:t>
      </w:r>
    </w:p>
    <w:p w14:paraId="7C466BA4" w14:textId="77777777" w:rsidR="00B4213F" w:rsidRPr="00B4213F" w:rsidRDefault="00B4213F" w:rsidP="00B4213F">
      <w:pPr>
        <w:spacing w:after="0" w:line="240" w:lineRule="auto"/>
        <w:jc w:val="center"/>
        <w:rPr>
          <w:rFonts w:hint="eastAsia"/>
          <w:sz w:val="12"/>
          <w:szCs w:val="12"/>
          <w:lang w:eastAsia="ja-JP"/>
        </w:rPr>
      </w:pPr>
    </w:p>
    <w:p w14:paraId="34823861" w14:textId="58310C21" w:rsidR="003776BB" w:rsidRPr="00B4213F" w:rsidRDefault="00000000" w:rsidP="00B4213F">
      <w:pPr>
        <w:snapToGrid w:val="0"/>
        <w:spacing w:after="0" w:line="240" w:lineRule="auto"/>
        <w:rPr>
          <w:sz w:val="28"/>
          <w:szCs w:val="28"/>
        </w:rPr>
      </w:pPr>
      <w:r w:rsidRPr="00B4213F">
        <w:rPr>
          <w:sz w:val="28"/>
          <w:szCs w:val="28"/>
        </w:rPr>
        <w:t xml:space="preserve">井原商工会議所 行　　　　　　　　　　　　　　</w:t>
      </w:r>
      <w:r w:rsidR="00C40C50" w:rsidRPr="00B4213F">
        <w:rPr>
          <w:rFonts w:hint="eastAsia"/>
          <w:sz w:val="28"/>
          <w:szCs w:val="28"/>
          <w:lang w:eastAsia="ja-JP"/>
        </w:rPr>
        <w:t xml:space="preserve">　　　　</w:t>
      </w:r>
      <w:proofErr w:type="spellStart"/>
      <w:r w:rsidRPr="00B4213F">
        <w:rPr>
          <w:sz w:val="28"/>
          <w:szCs w:val="28"/>
        </w:rPr>
        <w:t>令和</w:t>
      </w:r>
      <w:proofErr w:type="spellEnd"/>
      <w:r w:rsidRPr="00B4213F">
        <w:rPr>
          <w:sz w:val="28"/>
          <w:szCs w:val="28"/>
        </w:rPr>
        <w:t xml:space="preserve">　　年　　月　　日</w:t>
      </w:r>
    </w:p>
    <w:p w14:paraId="02B9B0AB" w14:textId="77777777" w:rsidR="003776BB" w:rsidRDefault="00000000" w:rsidP="00983FB8">
      <w:pPr>
        <w:snapToGrid w:val="0"/>
        <w:spacing w:after="0" w:line="240" w:lineRule="auto"/>
        <w:jc w:val="center"/>
        <w:rPr>
          <w:sz w:val="24"/>
          <w:szCs w:val="24"/>
          <w:lang w:eastAsia="ja-JP"/>
        </w:rPr>
      </w:pPr>
      <w:r w:rsidRPr="00983FB8">
        <w:rPr>
          <w:sz w:val="24"/>
          <w:szCs w:val="24"/>
          <w:lang w:eastAsia="ja-JP"/>
        </w:rPr>
        <w:t>下記の通り申し込みます。</w:t>
      </w:r>
    </w:p>
    <w:p w14:paraId="0C23FB73" w14:textId="77777777" w:rsidR="00B4213F" w:rsidRPr="00B4213F" w:rsidRDefault="00B4213F" w:rsidP="00983FB8">
      <w:pPr>
        <w:snapToGrid w:val="0"/>
        <w:spacing w:after="0" w:line="240" w:lineRule="auto"/>
        <w:jc w:val="center"/>
        <w:rPr>
          <w:rFonts w:hint="eastAsia"/>
          <w:sz w:val="12"/>
          <w:szCs w:val="12"/>
          <w:lang w:eastAsia="ja-JP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1701"/>
        <w:gridCol w:w="1701"/>
        <w:gridCol w:w="1928"/>
        <w:gridCol w:w="1638"/>
        <w:gridCol w:w="6"/>
        <w:gridCol w:w="3504"/>
        <w:gridCol w:w="6"/>
      </w:tblGrid>
      <w:tr w:rsidR="00C40C50" w14:paraId="55020DCF" w14:textId="77777777" w:rsidTr="00983FB8">
        <w:trPr>
          <w:trHeight w:val="567"/>
        </w:trPr>
        <w:tc>
          <w:tcPr>
            <w:tcW w:w="1701" w:type="dxa"/>
            <w:vAlign w:val="center"/>
          </w:tcPr>
          <w:p w14:paraId="4EE52AC5" w14:textId="77777777" w:rsidR="00C40C50" w:rsidRPr="00983FB8" w:rsidRDefault="00C40C50" w:rsidP="00C40C50">
            <w:pPr>
              <w:jc w:val="center"/>
              <w:rPr>
                <w:b/>
                <w:bCs/>
              </w:rPr>
            </w:pPr>
            <w:proofErr w:type="spellStart"/>
            <w:r w:rsidRPr="00983FB8">
              <w:rPr>
                <w:b/>
                <w:bCs/>
              </w:rPr>
              <w:t>事業者名</w:t>
            </w:r>
            <w:proofErr w:type="spellEnd"/>
          </w:p>
        </w:tc>
        <w:tc>
          <w:tcPr>
            <w:tcW w:w="3627" w:type="dxa"/>
            <w:gridSpan w:val="2"/>
            <w:vAlign w:val="center"/>
          </w:tcPr>
          <w:p w14:paraId="28BB31EA" w14:textId="3A7FAB8E" w:rsidR="00C40C50" w:rsidRDefault="00C40C50" w:rsidP="00C40C50">
            <w:pPr>
              <w:jc w:val="center"/>
            </w:pPr>
          </w:p>
        </w:tc>
        <w:tc>
          <w:tcPr>
            <w:tcW w:w="1644" w:type="dxa"/>
            <w:gridSpan w:val="2"/>
            <w:vAlign w:val="center"/>
          </w:tcPr>
          <w:p w14:paraId="2C703DA0" w14:textId="717363A1" w:rsidR="00C40C50" w:rsidRPr="00983FB8" w:rsidRDefault="00C40C50" w:rsidP="00C40C50">
            <w:pPr>
              <w:jc w:val="center"/>
              <w:rPr>
                <w:b/>
                <w:bCs/>
              </w:rPr>
            </w:pPr>
            <w:r w:rsidRPr="00983FB8">
              <w:rPr>
                <w:rFonts w:hint="eastAsia"/>
                <w:b/>
                <w:bCs/>
                <w:lang w:eastAsia="ja-JP"/>
              </w:rPr>
              <w:t>業種</w:t>
            </w:r>
          </w:p>
        </w:tc>
        <w:tc>
          <w:tcPr>
            <w:tcW w:w="3510" w:type="dxa"/>
            <w:gridSpan w:val="2"/>
            <w:vAlign w:val="center"/>
          </w:tcPr>
          <w:p w14:paraId="3076B4C7" w14:textId="61198E2D" w:rsidR="00C40C50" w:rsidRDefault="00C40C50" w:rsidP="00C40C50">
            <w:pPr>
              <w:jc w:val="center"/>
            </w:pPr>
          </w:p>
        </w:tc>
      </w:tr>
      <w:tr w:rsidR="00C40C50" w14:paraId="199A65FB" w14:textId="77777777" w:rsidTr="00983FB8">
        <w:trPr>
          <w:gridAfter w:val="1"/>
          <w:wAfter w:w="6" w:type="dxa"/>
          <w:trHeight w:val="567"/>
        </w:trPr>
        <w:tc>
          <w:tcPr>
            <w:tcW w:w="1701" w:type="dxa"/>
            <w:vAlign w:val="center"/>
          </w:tcPr>
          <w:p w14:paraId="1A5ABFC6" w14:textId="77777777" w:rsidR="00C40C50" w:rsidRPr="00983FB8" w:rsidRDefault="00C40C50" w:rsidP="00C40C50">
            <w:pPr>
              <w:jc w:val="center"/>
              <w:rPr>
                <w:b/>
                <w:bCs/>
              </w:rPr>
            </w:pPr>
            <w:proofErr w:type="spellStart"/>
            <w:r w:rsidRPr="00983FB8">
              <w:rPr>
                <w:b/>
                <w:bCs/>
              </w:rPr>
              <w:t>所在地</w:t>
            </w:r>
            <w:proofErr w:type="spellEnd"/>
          </w:p>
        </w:tc>
        <w:tc>
          <w:tcPr>
            <w:tcW w:w="3627" w:type="dxa"/>
            <w:gridSpan w:val="2"/>
            <w:vAlign w:val="center"/>
          </w:tcPr>
          <w:p w14:paraId="4AD89E08" w14:textId="0C00EB97" w:rsidR="00C40C50" w:rsidRDefault="00C40C50" w:rsidP="00C40C50">
            <w:pPr>
              <w:jc w:val="center"/>
            </w:pPr>
          </w:p>
        </w:tc>
        <w:tc>
          <w:tcPr>
            <w:tcW w:w="1638" w:type="dxa"/>
            <w:vAlign w:val="center"/>
          </w:tcPr>
          <w:p w14:paraId="17EC049B" w14:textId="77777777" w:rsidR="00C40C50" w:rsidRPr="00983FB8" w:rsidRDefault="00C40C50" w:rsidP="00C40C50">
            <w:pPr>
              <w:jc w:val="center"/>
              <w:rPr>
                <w:b/>
                <w:bCs/>
              </w:rPr>
            </w:pPr>
            <w:proofErr w:type="spellStart"/>
            <w:r w:rsidRPr="00983FB8">
              <w:rPr>
                <w:b/>
                <w:bCs/>
              </w:rPr>
              <w:t>電話</w:t>
            </w:r>
            <w:proofErr w:type="spellEnd"/>
          </w:p>
        </w:tc>
        <w:tc>
          <w:tcPr>
            <w:tcW w:w="3510" w:type="dxa"/>
            <w:gridSpan w:val="2"/>
            <w:vAlign w:val="center"/>
          </w:tcPr>
          <w:p w14:paraId="73337EF5" w14:textId="732CC770" w:rsidR="00C40C50" w:rsidRDefault="00C40C50" w:rsidP="00C40C50">
            <w:pPr>
              <w:jc w:val="center"/>
            </w:pPr>
          </w:p>
        </w:tc>
      </w:tr>
      <w:tr w:rsidR="00C40C50" w14:paraId="657C5DC8" w14:textId="77777777" w:rsidTr="0040278B">
        <w:trPr>
          <w:gridAfter w:val="1"/>
          <w:wAfter w:w="4" w:type="dxa"/>
          <w:trHeight w:val="567"/>
        </w:trPr>
        <w:tc>
          <w:tcPr>
            <w:tcW w:w="1701" w:type="dxa"/>
            <w:vAlign w:val="center"/>
          </w:tcPr>
          <w:p w14:paraId="0A5027BC" w14:textId="77777777" w:rsidR="00C40C50" w:rsidRPr="00983FB8" w:rsidRDefault="00C40C50" w:rsidP="00C40C50">
            <w:pPr>
              <w:jc w:val="center"/>
              <w:rPr>
                <w:b/>
                <w:bCs/>
              </w:rPr>
            </w:pPr>
            <w:proofErr w:type="spellStart"/>
            <w:r w:rsidRPr="00983FB8">
              <w:rPr>
                <w:b/>
                <w:bCs/>
              </w:rPr>
              <w:t>申込責任者</w:t>
            </w:r>
            <w:proofErr w:type="spellEnd"/>
          </w:p>
        </w:tc>
        <w:tc>
          <w:tcPr>
            <w:tcW w:w="1701" w:type="dxa"/>
            <w:vAlign w:val="center"/>
          </w:tcPr>
          <w:p w14:paraId="5E394495" w14:textId="77777777" w:rsidR="00C40C50" w:rsidRPr="00983FB8" w:rsidRDefault="00C40C50" w:rsidP="00C40C50">
            <w:pPr>
              <w:jc w:val="center"/>
              <w:rPr>
                <w:b/>
                <w:bCs/>
              </w:rPr>
            </w:pPr>
            <w:r w:rsidRPr="00983FB8">
              <w:rPr>
                <w:rFonts w:hint="eastAsia"/>
                <w:b/>
                <w:bCs/>
                <w:lang w:eastAsia="ja-JP"/>
              </w:rPr>
              <w:t>役職</w:t>
            </w:r>
          </w:p>
        </w:tc>
        <w:tc>
          <w:tcPr>
            <w:tcW w:w="1928" w:type="dxa"/>
            <w:vAlign w:val="center"/>
          </w:tcPr>
          <w:p w14:paraId="53471417" w14:textId="0C8ED2CA" w:rsidR="00C40C50" w:rsidRDefault="00C40C50" w:rsidP="00C40C50">
            <w:pPr>
              <w:jc w:val="center"/>
            </w:pPr>
          </w:p>
        </w:tc>
        <w:tc>
          <w:tcPr>
            <w:tcW w:w="1638" w:type="dxa"/>
            <w:vAlign w:val="center"/>
          </w:tcPr>
          <w:p w14:paraId="68DAA240" w14:textId="1BA37271" w:rsidR="00C40C50" w:rsidRPr="00983FB8" w:rsidRDefault="00C40C50" w:rsidP="00C40C50">
            <w:pPr>
              <w:jc w:val="center"/>
              <w:rPr>
                <w:rFonts w:hint="eastAsia"/>
                <w:b/>
                <w:bCs/>
                <w:lang w:eastAsia="ja-JP"/>
              </w:rPr>
            </w:pPr>
            <w:r w:rsidRPr="00983FB8">
              <w:rPr>
                <w:rFonts w:hint="eastAsia"/>
                <w:b/>
                <w:bCs/>
                <w:lang w:eastAsia="ja-JP"/>
              </w:rPr>
              <w:t>氏名</w:t>
            </w:r>
          </w:p>
        </w:tc>
        <w:tc>
          <w:tcPr>
            <w:tcW w:w="3510" w:type="dxa"/>
            <w:gridSpan w:val="2"/>
            <w:vAlign w:val="center"/>
          </w:tcPr>
          <w:p w14:paraId="268F60AC" w14:textId="4AA86399" w:rsidR="00C40C50" w:rsidRDefault="00C40C50" w:rsidP="00C40C50">
            <w:pPr>
              <w:jc w:val="center"/>
              <w:rPr>
                <w:rFonts w:hint="eastAsia"/>
                <w:lang w:eastAsia="ja-JP"/>
              </w:rPr>
            </w:pPr>
          </w:p>
        </w:tc>
      </w:tr>
    </w:tbl>
    <w:p w14:paraId="484ACACA" w14:textId="77777777" w:rsidR="00431C1D" w:rsidRDefault="00431C1D" w:rsidP="009D7AFD">
      <w:pPr>
        <w:snapToGrid w:val="0"/>
        <w:spacing w:after="0" w:line="240" w:lineRule="auto"/>
        <w:rPr>
          <w:lang w:eastAsia="ja-JP"/>
        </w:rPr>
      </w:pPr>
    </w:p>
    <w:p w14:paraId="19E1351D" w14:textId="4B7E124A" w:rsidR="00B70C5D" w:rsidRPr="003A38C7" w:rsidRDefault="00000000" w:rsidP="009D7AFD">
      <w:pPr>
        <w:snapToGrid w:val="0"/>
        <w:spacing w:after="0" w:line="240" w:lineRule="auto"/>
        <w:rPr>
          <w:sz w:val="28"/>
          <w:szCs w:val="28"/>
          <w:lang w:eastAsia="ja-JP"/>
        </w:rPr>
      </w:pPr>
      <w:r w:rsidRPr="003A38C7">
        <w:rPr>
          <w:b/>
          <w:bCs/>
          <w:sz w:val="28"/>
          <w:szCs w:val="28"/>
          <w:lang w:eastAsia="ja-JP"/>
        </w:rPr>
        <w:t>＜受講者名簿＞</w:t>
      </w:r>
      <w:r w:rsidRPr="003A38C7">
        <w:rPr>
          <w:sz w:val="28"/>
          <w:szCs w:val="28"/>
          <w:lang w:eastAsia="ja-JP"/>
        </w:rPr>
        <w:t xml:space="preserve"> ※記入欄が足りない場合は、2枚目にご記入ください。</w:t>
      </w:r>
    </w:p>
    <w:p w14:paraId="7FCE2C18" w14:textId="51D21A73" w:rsidR="000746A6" w:rsidRDefault="00983FB8" w:rsidP="009D7AFD">
      <w:pPr>
        <w:snapToGrid w:val="0"/>
        <w:spacing w:after="0" w:line="240" w:lineRule="auto"/>
        <w:rPr>
          <w:rFonts w:hint="eastAsia"/>
          <w:lang w:eastAsia="ja-JP"/>
        </w:rPr>
      </w:pPr>
      <w:r w:rsidRPr="003A38C7">
        <w:rPr>
          <w:b/>
          <w:bCs/>
          <w:noProof/>
          <w:sz w:val="28"/>
          <w:szCs w:val="28"/>
          <w:lang w:eastAsia="ja-JP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6DCA33F" wp14:editId="325B25B9">
                <wp:simplePos x="0" y="0"/>
                <wp:positionH relativeFrom="page">
                  <wp:posOffset>3762375</wp:posOffset>
                </wp:positionH>
                <wp:positionV relativeFrom="paragraph">
                  <wp:posOffset>3188335</wp:posOffset>
                </wp:positionV>
                <wp:extent cx="3448050" cy="1404620"/>
                <wp:effectExtent l="0" t="0" r="0" b="0"/>
                <wp:wrapSquare wrapText="bothSides"/>
                <wp:docPr id="169912274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A6DBB" w14:textId="644E6AAE" w:rsidR="00B70C5D" w:rsidRPr="00983FB8" w:rsidRDefault="00B70C5D" w:rsidP="00B70C5D">
                            <w:pPr>
                              <w:snapToGrid w:val="0"/>
                              <w:spacing w:after="0" w:line="240" w:lineRule="auto"/>
                              <w:rPr>
                                <w:rFonts w:hint="eastAsia"/>
                                <w:sz w:val="24"/>
                                <w:szCs w:val="24"/>
                                <w:lang w:eastAsia="ja-JP"/>
                              </w:rPr>
                            </w:pPr>
                            <w:r w:rsidRPr="00983FB8">
                              <w:rPr>
                                <w:rFonts w:hint="eastAsia"/>
                                <w:sz w:val="24"/>
                                <w:szCs w:val="24"/>
                                <w:lang w:eastAsia="ja-JP"/>
                              </w:rPr>
                              <w:t>【例</w:t>
                            </w:r>
                            <w:r w:rsidR="000746A6" w:rsidRPr="00983FB8">
                              <w:rPr>
                                <w:rFonts w:hint="eastAsia"/>
                                <w:sz w:val="24"/>
                                <w:szCs w:val="24"/>
                                <w:lang w:eastAsia="ja-JP"/>
                              </w:rPr>
                              <w:t>：</w:t>
                            </w:r>
                            <w:r w:rsidRPr="00983FB8">
                              <w:rPr>
                                <w:rFonts w:hint="eastAsia"/>
                                <w:sz w:val="24"/>
                                <w:szCs w:val="24"/>
                                <w:lang w:eastAsia="ja-JP"/>
                              </w:rPr>
                              <w:t>会員事業所3名でお申し込みの場合</w:t>
                            </w:r>
                            <w:r w:rsidR="000746A6" w:rsidRPr="00983FB8">
                              <w:rPr>
                                <w:rFonts w:hint="eastAsia"/>
                                <w:sz w:val="24"/>
                                <w:szCs w:val="24"/>
                                <w:lang w:eastAsia="ja-JP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DCA33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96.25pt;margin-top:251.05pt;width:271.5pt;height:11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" filled="f" stroked="f">
                <v:textbox style="mso-fit-shape-to-text:t">
                  <w:txbxContent>
                    <w:p w14:paraId="3FFA6DBB" w14:textId="644E6AAE" w:rsidR="00B70C5D" w:rsidRPr="00983FB8" w:rsidRDefault="00B70C5D" w:rsidP="00B70C5D">
                      <w:pPr>
                        <w:snapToGrid w:val="0"/>
                        <w:spacing w:after="0" w:line="240" w:lineRule="auto"/>
                        <w:rPr>
                          <w:rFonts w:hint="eastAsia"/>
                          <w:sz w:val="24"/>
                          <w:szCs w:val="24"/>
                          <w:lang w:eastAsia="ja-JP"/>
                        </w:rPr>
                      </w:pPr>
                      <w:r w:rsidRPr="00983FB8">
                        <w:rPr>
                          <w:rFonts w:hint="eastAsia"/>
                          <w:sz w:val="24"/>
                          <w:szCs w:val="24"/>
                          <w:lang w:eastAsia="ja-JP"/>
                        </w:rPr>
                        <w:t>【例</w:t>
                      </w:r>
                      <w:r w:rsidR="000746A6" w:rsidRPr="00983FB8">
                        <w:rPr>
                          <w:rFonts w:hint="eastAsia"/>
                          <w:sz w:val="24"/>
                          <w:szCs w:val="24"/>
                          <w:lang w:eastAsia="ja-JP"/>
                        </w:rPr>
                        <w:t>：</w:t>
                      </w:r>
                      <w:r w:rsidRPr="00983FB8">
                        <w:rPr>
                          <w:rFonts w:hint="eastAsia"/>
                          <w:sz w:val="24"/>
                          <w:szCs w:val="24"/>
                          <w:lang w:eastAsia="ja-JP"/>
                        </w:rPr>
                        <w:t>会員事業所3名でお申し込みの場合</w:t>
                      </w:r>
                      <w:r w:rsidR="000746A6" w:rsidRPr="00983FB8">
                        <w:rPr>
                          <w:rFonts w:hint="eastAsia"/>
                          <w:sz w:val="24"/>
                          <w:szCs w:val="24"/>
                          <w:lang w:eastAsia="ja-JP"/>
                        </w:rPr>
                        <w:t>】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EDD973" wp14:editId="0D2A7F1D">
                <wp:simplePos x="0" y="0"/>
                <wp:positionH relativeFrom="column">
                  <wp:posOffset>3013075</wp:posOffset>
                </wp:positionH>
                <wp:positionV relativeFrom="paragraph">
                  <wp:posOffset>3434080</wp:posOffset>
                </wp:positionV>
                <wp:extent cx="3867150" cy="2657475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0" cy="2657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fe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13"/>
                              <w:gridCol w:w="1559"/>
                              <w:gridCol w:w="2698"/>
                            </w:tblGrid>
                            <w:tr w:rsidR="00B70C5D" w14:paraId="1A460421" w14:textId="77777777" w:rsidTr="00983FB8">
                              <w:trPr>
                                <w:trHeight w:val="850"/>
                              </w:trPr>
                              <w:tc>
                                <w:tcPr>
                                  <w:tcW w:w="1413" w:type="dxa"/>
                                  <w:vAlign w:val="center"/>
                                </w:tcPr>
                                <w:p w14:paraId="3FB7DB47" w14:textId="77777777" w:rsidR="00B70C5D" w:rsidRPr="00753986" w:rsidRDefault="00B70C5D" w:rsidP="00983FB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753986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申込人数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0B6405BE" w14:textId="77777777" w:rsidR="00B70C5D" w:rsidRPr="00753986" w:rsidRDefault="00B70C5D" w:rsidP="00983FB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753986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金額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98" w:type="dxa"/>
                                  <w:vAlign w:val="center"/>
                                </w:tcPr>
                                <w:p w14:paraId="173D006D" w14:textId="77777777" w:rsidR="00B70C5D" w:rsidRPr="00753986" w:rsidRDefault="00B70C5D" w:rsidP="00983FB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753986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合計</w:t>
                                  </w:r>
                                  <w:proofErr w:type="spellEnd"/>
                                </w:p>
                              </w:tc>
                            </w:tr>
                            <w:tr w:rsidR="00B70C5D" w14:paraId="7F90D5DA" w14:textId="77777777" w:rsidTr="00983FB8">
                              <w:trPr>
                                <w:trHeight w:val="850"/>
                              </w:trPr>
                              <w:tc>
                                <w:tcPr>
                                  <w:tcW w:w="1413" w:type="dxa"/>
                                  <w:vAlign w:val="bottom"/>
                                </w:tcPr>
                                <w:p w14:paraId="0B19381D" w14:textId="77777777" w:rsidR="00B70C5D" w:rsidRDefault="00B70C5D" w:rsidP="00B70C5D">
                                  <w:pPr>
                                    <w:ind w:firstLineChars="100" w:firstLine="320"/>
                                  </w:pPr>
                                  <w:r w:rsidRPr="00431C1D">
                                    <w:rPr>
                                      <w:rFonts w:hint="eastAsia"/>
                                      <w:sz w:val="32"/>
                                      <w:szCs w:val="32"/>
                                      <w:lang w:eastAsia="ja-JP"/>
                                    </w:rPr>
                                    <w:t>３</w:t>
                                  </w:r>
                                  <w:r>
                                    <w:rPr>
                                      <w:rFonts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vAlign w:val="bottom"/>
                                </w:tcPr>
                                <w:p w14:paraId="618A6702" w14:textId="77777777" w:rsidR="00B70C5D" w:rsidRDefault="00B70C5D" w:rsidP="00B70C5D">
                                  <w:pPr>
                                    <w:jc w:val="right"/>
                                  </w:pPr>
                                  <w:r w:rsidRPr="00431C1D">
                                    <w:rPr>
                                      <w:rFonts w:hint="eastAsia"/>
                                      <w:sz w:val="32"/>
                                      <w:szCs w:val="32"/>
                                      <w:lang w:eastAsia="ja-JP"/>
                                    </w:rPr>
                                    <w:t>2,200</w:t>
                                  </w:r>
                                  <w:r>
                                    <w:t>円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  <w:vAlign w:val="bottom"/>
                                </w:tcPr>
                                <w:p w14:paraId="159E9397" w14:textId="77777777" w:rsidR="00B70C5D" w:rsidRDefault="00B70C5D" w:rsidP="00B70C5D">
                                  <w:pPr>
                                    <w:jc w:val="right"/>
                                  </w:pPr>
                                  <w:r w:rsidRPr="00431C1D">
                                    <w:rPr>
                                      <w:rFonts w:hint="eastAsia"/>
                                      <w:sz w:val="32"/>
                                      <w:szCs w:val="32"/>
                                      <w:lang w:eastAsia="ja-JP"/>
                                    </w:rPr>
                                    <w:t>6,600</w:t>
                                  </w:r>
                                  <w:r>
                                    <w:t>円</w:t>
                                  </w:r>
                                </w:p>
                              </w:tc>
                            </w:tr>
                            <w:tr w:rsidR="00B70C5D" w14:paraId="7E516A6C" w14:textId="77777777" w:rsidTr="00983FB8">
                              <w:trPr>
                                <w:trHeight w:val="1701"/>
                              </w:trPr>
                              <w:tc>
                                <w:tcPr>
                                  <w:tcW w:w="5670" w:type="dxa"/>
                                  <w:gridSpan w:val="3"/>
                                </w:tcPr>
                                <w:p w14:paraId="72690FC4" w14:textId="77777777" w:rsidR="00B70C5D" w:rsidRDefault="00B70C5D" w:rsidP="00B70C5D">
                                  <w:pPr>
                                    <w:rPr>
                                      <w:lang w:eastAsia="ja-JP"/>
                                    </w:rPr>
                                  </w:pPr>
                                  <w:proofErr w:type="spellStart"/>
                                  <w:r>
                                    <w:t>内訳</w:t>
                                  </w:r>
                                  <w:proofErr w:type="spellEnd"/>
                                  <w:r>
                                    <w:t xml:space="preserve">　</w:t>
                                  </w:r>
                                </w:p>
                                <w:p w14:paraId="438ED0E8" w14:textId="77777777" w:rsidR="00B70C5D" w:rsidRDefault="00B70C5D" w:rsidP="00B70C5D">
                                  <w:pPr>
                                    <w:rPr>
                                      <w:lang w:eastAsia="ja-JP"/>
                                    </w:rPr>
                                  </w:pPr>
                                </w:p>
                                <w:p w14:paraId="58F1341D" w14:textId="77777777" w:rsidR="00B70C5D" w:rsidRPr="009D7AFD" w:rsidRDefault="00B70C5D" w:rsidP="00B70C5D">
                                  <w:pPr>
                                    <w:jc w:val="right"/>
                                    <w:rPr>
                                      <w:sz w:val="16"/>
                                      <w:szCs w:val="16"/>
                                      <w:u w:val="single"/>
                                      <w:lang w:eastAsia="ja-JP"/>
                                    </w:rPr>
                                  </w:pPr>
                                  <w:r w:rsidRPr="009D7AFD">
                                    <w:rPr>
                                      <w:sz w:val="16"/>
                                      <w:szCs w:val="16"/>
                                      <w:u w:val="single"/>
                                    </w:rPr>
                                    <w:t>10%</w:t>
                                  </w:r>
                                  <w:proofErr w:type="gramStart"/>
                                  <w:r w:rsidRPr="009D7AFD">
                                    <w:rPr>
                                      <w:sz w:val="16"/>
                                      <w:szCs w:val="16"/>
                                      <w:u w:val="single"/>
                                    </w:rPr>
                                    <w:t xml:space="preserve">対象　　</w:t>
                                  </w:r>
                                  <w:r w:rsidRPr="00431C1D">
                                    <w:rPr>
                                      <w:rFonts w:hint="eastAsia"/>
                                      <w:sz w:val="32"/>
                                      <w:szCs w:val="32"/>
                                      <w:u w:val="single"/>
                                      <w:lang w:eastAsia="ja-JP"/>
                                    </w:rPr>
                                    <w:t>6,000</w:t>
                                  </w:r>
                                  <w:proofErr w:type="gramEnd"/>
                                  <w:r w:rsidRPr="009D7AFD">
                                    <w:rPr>
                                      <w:sz w:val="16"/>
                                      <w:szCs w:val="16"/>
                                      <w:u w:val="single"/>
                                    </w:rPr>
                                    <w:t>円</w:t>
                                  </w:r>
                                </w:p>
                                <w:p w14:paraId="38692297" w14:textId="77777777" w:rsidR="00B70C5D" w:rsidRPr="00C40C50" w:rsidRDefault="00B70C5D" w:rsidP="00B70C5D">
                                  <w:pPr>
                                    <w:ind w:right="640"/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</w:p>
                                <w:p w14:paraId="3460BD78" w14:textId="77777777" w:rsidR="00B70C5D" w:rsidRPr="009D7AFD" w:rsidRDefault="00B70C5D" w:rsidP="00B70C5D">
                                  <w:pPr>
                                    <w:jc w:val="right"/>
                                    <w:rPr>
                                      <w:u w:val="single"/>
                                    </w:rPr>
                                  </w:pPr>
                                  <w:proofErr w:type="spellStart"/>
                                  <w:r w:rsidRPr="009D7AFD">
                                    <w:rPr>
                                      <w:sz w:val="16"/>
                                      <w:szCs w:val="16"/>
                                      <w:u w:val="single"/>
                                    </w:rPr>
                                    <w:t>消費税</w:t>
                                  </w:r>
                                  <w:proofErr w:type="spellEnd"/>
                                  <w:r w:rsidRPr="009D7AFD">
                                    <w:rPr>
                                      <w:sz w:val="16"/>
                                      <w:szCs w:val="16"/>
                                      <w:u w:val="single"/>
                                    </w:rPr>
                                    <w:t xml:space="preserve">　　　　</w:t>
                                  </w:r>
                                  <w:r w:rsidRPr="00431C1D">
                                    <w:rPr>
                                      <w:rFonts w:hint="eastAsia"/>
                                      <w:sz w:val="32"/>
                                      <w:szCs w:val="32"/>
                                      <w:u w:val="single"/>
                                      <w:lang w:eastAsia="ja-JP"/>
                                    </w:rPr>
                                    <w:t>600</w:t>
                                  </w:r>
                                  <w:r w:rsidRPr="009D7AFD">
                                    <w:rPr>
                                      <w:sz w:val="16"/>
                                      <w:szCs w:val="16"/>
                                      <w:u w:val="single"/>
                                    </w:rPr>
                                    <w:t>円</w:t>
                                  </w:r>
                                </w:p>
                              </w:tc>
                            </w:tr>
                          </w:tbl>
                          <w:p w14:paraId="7B4C4F2F" w14:textId="22BAC7AD" w:rsidR="00431C1D" w:rsidRDefault="00431C1D" w:rsidP="00431C1D">
                            <w:pPr>
                              <w:spacing w:after="0" w:line="240" w:lineRule="auto"/>
                            </w:pPr>
                          </w:p>
                          <w:p w14:paraId="56E59BA6" w14:textId="77777777" w:rsidR="00431C1D" w:rsidRDefault="00431C1D" w:rsidP="00431C1D">
                            <w:pPr>
                              <w:spacing w:after="0" w:line="240" w:lineRule="auto"/>
                              <w:rPr>
                                <w:lang w:eastAsia="ja-JP"/>
                              </w:rPr>
                            </w:pPr>
                          </w:p>
                          <w:p w14:paraId="2571DD25" w14:textId="77777777" w:rsidR="00431C1D" w:rsidRDefault="00431C1D" w:rsidP="00431C1D">
                            <w:pPr>
                              <w:spacing w:after="0" w:line="240" w:lineRule="auto"/>
                              <w:rPr>
                                <w:lang w:eastAsia="ja-JP"/>
                              </w:rPr>
                            </w:pPr>
                          </w:p>
                          <w:p w14:paraId="080A08FE" w14:textId="77777777" w:rsidR="00B70C5D" w:rsidRDefault="00B70C5D" w:rsidP="00431C1D">
                            <w:pPr>
                              <w:spacing w:after="0" w:line="240" w:lineRule="auto"/>
                              <w:rPr>
                                <w:lang w:eastAsia="ja-JP"/>
                              </w:rPr>
                            </w:pPr>
                          </w:p>
                          <w:p w14:paraId="35EA2FB3" w14:textId="77777777" w:rsidR="00B70C5D" w:rsidRDefault="00B70C5D" w:rsidP="00431C1D">
                            <w:pPr>
                              <w:spacing w:after="0" w:line="240" w:lineRule="auto"/>
                              <w:rPr>
                                <w:lang w:eastAsia="ja-JP"/>
                              </w:rPr>
                            </w:pPr>
                          </w:p>
                          <w:p w14:paraId="2341E0E5" w14:textId="77777777" w:rsidR="00B70C5D" w:rsidRDefault="00B70C5D" w:rsidP="00431C1D">
                            <w:pPr>
                              <w:spacing w:after="0" w:line="240" w:lineRule="auto"/>
                              <w:rPr>
                                <w:lang w:eastAsia="ja-JP"/>
                              </w:rPr>
                            </w:pPr>
                          </w:p>
                          <w:p w14:paraId="6BDC8CE3" w14:textId="77777777" w:rsidR="00B70C5D" w:rsidRDefault="00B70C5D" w:rsidP="00431C1D">
                            <w:pPr>
                              <w:spacing w:after="0" w:line="240" w:lineRule="auto"/>
                              <w:rPr>
                                <w:lang w:eastAsia="ja-JP"/>
                              </w:rPr>
                            </w:pPr>
                          </w:p>
                          <w:p w14:paraId="6BC0A43B" w14:textId="77777777" w:rsidR="00B70C5D" w:rsidRDefault="00B70C5D" w:rsidP="00431C1D">
                            <w:pPr>
                              <w:spacing w:after="0" w:line="240" w:lineRule="auto"/>
                              <w:rPr>
                                <w:lang w:eastAsia="ja-JP"/>
                              </w:rPr>
                            </w:pPr>
                          </w:p>
                          <w:p w14:paraId="5C032409" w14:textId="77777777" w:rsidR="00B70C5D" w:rsidRDefault="00B70C5D" w:rsidP="00431C1D">
                            <w:pPr>
                              <w:spacing w:after="0" w:line="240" w:lineRule="auto"/>
                              <w:rPr>
                                <w:lang w:eastAsia="ja-JP"/>
                              </w:rPr>
                            </w:pPr>
                          </w:p>
                          <w:p w14:paraId="7ABC41F7" w14:textId="77777777" w:rsidR="00B70C5D" w:rsidRDefault="00B70C5D" w:rsidP="00431C1D">
                            <w:pPr>
                              <w:spacing w:after="0" w:line="240" w:lineRule="auto"/>
                              <w:rPr>
                                <w:lang w:eastAsia="ja-JP"/>
                              </w:rPr>
                            </w:pPr>
                          </w:p>
                          <w:p w14:paraId="3FF61574" w14:textId="77777777" w:rsidR="00B70C5D" w:rsidRDefault="00B70C5D" w:rsidP="00431C1D">
                            <w:pPr>
                              <w:spacing w:after="0" w:line="240" w:lineRule="auto"/>
                              <w:rPr>
                                <w:lang w:eastAsia="ja-JP"/>
                              </w:rPr>
                            </w:pPr>
                          </w:p>
                          <w:p w14:paraId="01CFC48F" w14:textId="77777777" w:rsidR="00B70C5D" w:rsidRDefault="00B70C5D" w:rsidP="00431C1D">
                            <w:pPr>
                              <w:spacing w:after="0" w:line="240" w:lineRule="auto"/>
                              <w:rPr>
                                <w:rFonts w:hint="eastAsia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DD973" id="_x0000_s1027" type="#_x0000_t202" style="position:absolute;margin-left:237.25pt;margin-top:270.4pt;width:304.5pt;height:20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" filled="f" stroked="f">
                <v:textbox>
                  <w:txbxContent>
                    <w:tbl>
                      <w:tblPr>
                        <w:tblStyle w:val="afe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1413"/>
                        <w:gridCol w:w="1559"/>
                        <w:gridCol w:w="2698"/>
                      </w:tblGrid>
                      <w:tr w:rsidR="00B70C5D" w14:paraId="1A460421" w14:textId="77777777" w:rsidTr="00983FB8">
                        <w:trPr>
                          <w:trHeight w:val="850"/>
                        </w:trPr>
                        <w:tc>
                          <w:tcPr>
                            <w:tcW w:w="1413" w:type="dxa"/>
                            <w:vAlign w:val="center"/>
                          </w:tcPr>
                          <w:p w14:paraId="3FB7DB47" w14:textId="77777777" w:rsidR="00B70C5D" w:rsidRPr="00753986" w:rsidRDefault="00B70C5D" w:rsidP="00983FB8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5398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申込人数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14:paraId="0B6405BE" w14:textId="77777777" w:rsidR="00B70C5D" w:rsidRPr="00753986" w:rsidRDefault="00B70C5D" w:rsidP="00983FB8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5398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金額</w:t>
                            </w:r>
                            <w:proofErr w:type="spellEnd"/>
                          </w:p>
                        </w:tc>
                        <w:tc>
                          <w:tcPr>
                            <w:tcW w:w="2698" w:type="dxa"/>
                            <w:vAlign w:val="center"/>
                          </w:tcPr>
                          <w:p w14:paraId="173D006D" w14:textId="77777777" w:rsidR="00B70C5D" w:rsidRPr="00753986" w:rsidRDefault="00B70C5D" w:rsidP="00983FB8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5398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合計</w:t>
                            </w:r>
                            <w:proofErr w:type="spellEnd"/>
                          </w:p>
                        </w:tc>
                      </w:tr>
                      <w:tr w:rsidR="00B70C5D" w14:paraId="7F90D5DA" w14:textId="77777777" w:rsidTr="00983FB8">
                        <w:trPr>
                          <w:trHeight w:val="850"/>
                        </w:trPr>
                        <w:tc>
                          <w:tcPr>
                            <w:tcW w:w="1413" w:type="dxa"/>
                            <w:vAlign w:val="bottom"/>
                          </w:tcPr>
                          <w:p w14:paraId="0B19381D" w14:textId="77777777" w:rsidR="00B70C5D" w:rsidRDefault="00B70C5D" w:rsidP="00B70C5D">
                            <w:pPr>
                              <w:ind w:firstLineChars="100" w:firstLine="320"/>
                            </w:pPr>
                            <w:r w:rsidRPr="00431C1D">
                              <w:rPr>
                                <w:rFonts w:hint="eastAsia"/>
                                <w:sz w:val="32"/>
                                <w:szCs w:val="32"/>
                                <w:lang w:eastAsia="ja-JP"/>
                              </w:rPr>
                              <w:t>３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 xml:space="preserve">　</w:t>
                            </w:r>
                            <w:r>
                              <w:t>名</w:t>
                            </w:r>
                          </w:p>
                        </w:tc>
                        <w:tc>
                          <w:tcPr>
                            <w:tcW w:w="1559" w:type="dxa"/>
                            <w:vAlign w:val="bottom"/>
                          </w:tcPr>
                          <w:p w14:paraId="618A6702" w14:textId="77777777" w:rsidR="00B70C5D" w:rsidRDefault="00B70C5D" w:rsidP="00B70C5D">
                            <w:pPr>
                              <w:jc w:val="right"/>
                            </w:pPr>
                            <w:r w:rsidRPr="00431C1D">
                              <w:rPr>
                                <w:rFonts w:hint="eastAsia"/>
                                <w:sz w:val="32"/>
                                <w:szCs w:val="32"/>
                                <w:lang w:eastAsia="ja-JP"/>
                              </w:rPr>
                              <w:t>2,200</w:t>
                            </w:r>
                            <w:r>
                              <w:t>円</w:t>
                            </w:r>
                          </w:p>
                        </w:tc>
                        <w:tc>
                          <w:tcPr>
                            <w:tcW w:w="2698" w:type="dxa"/>
                            <w:vAlign w:val="bottom"/>
                          </w:tcPr>
                          <w:p w14:paraId="159E9397" w14:textId="77777777" w:rsidR="00B70C5D" w:rsidRDefault="00B70C5D" w:rsidP="00B70C5D">
                            <w:pPr>
                              <w:jc w:val="right"/>
                            </w:pPr>
                            <w:r w:rsidRPr="00431C1D">
                              <w:rPr>
                                <w:rFonts w:hint="eastAsia"/>
                                <w:sz w:val="32"/>
                                <w:szCs w:val="32"/>
                                <w:lang w:eastAsia="ja-JP"/>
                              </w:rPr>
                              <w:t>6,600</w:t>
                            </w:r>
                            <w:r>
                              <w:t>円</w:t>
                            </w:r>
                          </w:p>
                        </w:tc>
                      </w:tr>
                      <w:tr w:rsidR="00B70C5D" w14:paraId="7E516A6C" w14:textId="77777777" w:rsidTr="00983FB8">
                        <w:trPr>
                          <w:trHeight w:val="1701"/>
                        </w:trPr>
                        <w:tc>
                          <w:tcPr>
                            <w:tcW w:w="5670" w:type="dxa"/>
                            <w:gridSpan w:val="3"/>
                          </w:tcPr>
                          <w:p w14:paraId="72690FC4" w14:textId="77777777" w:rsidR="00B70C5D" w:rsidRDefault="00B70C5D" w:rsidP="00B70C5D">
                            <w:pPr>
                              <w:rPr>
                                <w:lang w:eastAsia="ja-JP"/>
                              </w:rPr>
                            </w:pPr>
                            <w:proofErr w:type="spellStart"/>
                            <w:r>
                              <w:t>内訳</w:t>
                            </w:r>
                            <w:proofErr w:type="spellEnd"/>
                            <w:r>
                              <w:t xml:space="preserve">　</w:t>
                            </w:r>
                          </w:p>
                          <w:p w14:paraId="438ED0E8" w14:textId="77777777" w:rsidR="00B70C5D" w:rsidRDefault="00B70C5D" w:rsidP="00B70C5D">
                            <w:pPr>
                              <w:rPr>
                                <w:lang w:eastAsia="ja-JP"/>
                              </w:rPr>
                            </w:pPr>
                          </w:p>
                          <w:p w14:paraId="58F1341D" w14:textId="77777777" w:rsidR="00B70C5D" w:rsidRPr="009D7AFD" w:rsidRDefault="00B70C5D" w:rsidP="00B70C5D">
                            <w:pPr>
                              <w:jc w:val="right"/>
                              <w:rPr>
                                <w:sz w:val="16"/>
                                <w:szCs w:val="16"/>
                                <w:u w:val="single"/>
                                <w:lang w:eastAsia="ja-JP"/>
                              </w:rPr>
                            </w:pPr>
                            <w:r w:rsidRPr="009D7AFD">
                              <w:rPr>
                                <w:sz w:val="16"/>
                                <w:szCs w:val="16"/>
                                <w:u w:val="single"/>
                              </w:rPr>
                              <w:t>10%</w:t>
                            </w:r>
                            <w:proofErr w:type="gramStart"/>
                            <w:r w:rsidRPr="009D7AFD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対象　　</w:t>
                            </w:r>
                            <w:r w:rsidRPr="00431C1D">
                              <w:rPr>
                                <w:rFonts w:hint="eastAsia"/>
                                <w:sz w:val="32"/>
                                <w:szCs w:val="32"/>
                                <w:u w:val="single"/>
                                <w:lang w:eastAsia="ja-JP"/>
                              </w:rPr>
                              <w:t>6,000</w:t>
                            </w:r>
                            <w:proofErr w:type="gramEnd"/>
                            <w:r w:rsidRPr="009D7AFD">
                              <w:rPr>
                                <w:sz w:val="16"/>
                                <w:szCs w:val="16"/>
                                <w:u w:val="single"/>
                              </w:rPr>
                              <w:t>円</w:t>
                            </w:r>
                          </w:p>
                          <w:p w14:paraId="38692297" w14:textId="77777777" w:rsidR="00B70C5D" w:rsidRPr="00C40C50" w:rsidRDefault="00B70C5D" w:rsidP="00B70C5D">
                            <w:pPr>
                              <w:ind w:right="640"/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</w:pPr>
                          </w:p>
                          <w:p w14:paraId="3460BD78" w14:textId="77777777" w:rsidR="00B70C5D" w:rsidRPr="009D7AFD" w:rsidRDefault="00B70C5D" w:rsidP="00B70C5D">
                            <w:pPr>
                              <w:jc w:val="right"/>
                              <w:rPr>
                                <w:u w:val="single"/>
                              </w:rPr>
                            </w:pPr>
                            <w:proofErr w:type="spellStart"/>
                            <w:r w:rsidRPr="009D7AFD">
                              <w:rPr>
                                <w:sz w:val="16"/>
                                <w:szCs w:val="16"/>
                                <w:u w:val="single"/>
                              </w:rPr>
                              <w:t>消費税</w:t>
                            </w:r>
                            <w:proofErr w:type="spellEnd"/>
                            <w:r w:rsidRPr="009D7AFD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　　　　</w:t>
                            </w:r>
                            <w:r w:rsidRPr="00431C1D">
                              <w:rPr>
                                <w:rFonts w:hint="eastAsia"/>
                                <w:sz w:val="32"/>
                                <w:szCs w:val="32"/>
                                <w:u w:val="single"/>
                                <w:lang w:eastAsia="ja-JP"/>
                              </w:rPr>
                              <w:t>600</w:t>
                            </w:r>
                            <w:r w:rsidRPr="009D7AFD">
                              <w:rPr>
                                <w:sz w:val="16"/>
                                <w:szCs w:val="16"/>
                                <w:u w:val="single"/>
                              </w:rPr>
                              <w:t>円</w:t>
                            </w:r>
                          </w:p>
                        </w:tc>
                      </w:tr>
                    </w:tbl>
                    <w:p w14:paraId="7B4C4F2F" w14:textId="22BAC7AD" w:rsidR="00431C1D" w:rsidRDefault="00431C1D" w:rsidP="00431C1D">
                      <w:pPr>
                        <w:spacing w:after="0" w:line="240" w:lineRule="auto"/>
                      </w:pPr>
                    </w:p>
                    <w:p w14:paraId="56E59BA6" w14:textId="77777777" w:rsidR="00431C1D" w:rsidRDefault="00431C1D" w:rsidP="00431C1D">
                      <w:pPr>
                        <w:spacing w:after="0" w:line="240" w:lineRule="auto"/>
                        <w:rPr>
                          <w:lang w:eastAsia="ja-JP"/>
                        </w:rPr>
                      </w:pPr>
                    </w:p>
                    <w:p w14:paraId="2571DD25" w14:textId="77777777" w:rsidR="00431C1D" w:rsidRDefault="00431C1D" w:rsidP="00431C1D">
                      <w:pPr>
                        <w:spacing w:after="0" w:line="240" w:lineRule="auto"/>
                        <w:rPr>
                          <w:lang w:eastAsia="ja-JP"/>
                        </w:rPr>
                      </w:pPr>
                    </w:p>
                    <w:p w14:paraId="080A08FE" w14:textId="77777777" w:rsidR="00B70C5D" w:rsidRDefault="00B70C5D" w:rsidP="00431C1D">
                      <w:pPr>
                        <w:spacing w:after="0" w:line="240" w:lineRule="auto"/>
                        <w:rPr>
                          <w:lang w:eastAsia="ja-JP"/>
                        </w:rPr>
                      </w:pPr>
                    </w:p>
                    <w:p w14:paraId="35EA2FB3" w14:textId="77777777" w:rsidR="00B70C5D" w:rsidRDefault="00B70C5D" w:rsidP="00431C1D">
                      <w:pPr>
                        <w:spacing w:after="0" w:line="240" w:lineRule="auto"/>
                        <w:rPr>
                          <w:lang w:eastAsia="ja-JP"/>
                        </w:rPr>
                      </w:pPr>
                    </w:p>
                    <w:p w14:paraId="2341E0E5" w14:textId="77777777" w:rsidR="00B70C5D" w:rsidRDefault="00B70C5D" w:rsidP="00431C1D">
                      <w:pPr>
                        <w:spacing w:after="0" w:line="240" w:lineRule="auto"/>
                        <w:rPr>
                          <w:lang w:eastAsia="ja-JP"/>
                        </w:rPr>
                      </w:pPr>
                    </w:p>
                    <w:p w14:paraId="6BDC8CE3" w14:textId="77777777" w:rsidR="00B70C5D" w:rsidRDefault="00B70C5D" w:rsidP="00431C1D">
                      <w:pPr>
                        <w:spacing w:after="0" w:line="240" w:lineRule="auto"/>
                        <w:rPr>
                          <w:lang w:eastAsia="ja-JP"/>
                        </w:rPr>
                      </w:pPr>
                    </w:p>
                    <w:p w14:paraId="6BC0A43B" w14:textId="77777777" w:rsidR="00B70C5D" w:rsidRDefault="00B70C5D" w:rsidP="00431C1D">
                      <w:pPr>
                        <w:spacing w:after="0" w:line="240" w:lineRule="auto"/>
                        <w:rPr>
                          <w:lang w:eastAsia="ja-JP"/>
                        </w:rPr>
                      </w:pPr>
                    </w:p>
                    <w:p w14:paraId="5C032409" w14:textId="77777777" w:rsidR="00B70C5D" w:rsidRDefault="00B70C5D" w:rsidP="00431C1D">
                      <w:pPr>
                        <w:spacing w:after="0" w:line="240" w:lineRule="auto"/>
                        <w:rPr>
                          <w:lang w:eastAsia="ja-JP"/>
                        </w:rPr>
                      </w:pPr>
                    </w:p>
                    <w:p w14:paraId="7ABC41F7" w14:textId="77777777" w:rsidR="00B70C5D" w:rsidRDefault="00B70C5D" w:rsidP="00431C1D">
                      <w:pPr>
                        <w:spacing w:after="0" w:line="240" w:lineRule="auto"/>
                        <w:rPr>
                          <w:lang w:eastAsia="ja-JP"/>
                        </w:rPr>
                      </w:pPr>
                    </w:p>
                    <w:p w14:paraId="3FF61574" w14:textId="77777777" w:rsidR="00B70C5D" w:rsidRDefault="00B70C5D" w:rsidP="00431C1D">
                      <w:pPr>
                        <w:spacing w:after="0" w:line="240" w:lineRule="auto"/>
                        <w:rPr>
                          <w:lang w:eastAsia="ja-JP"/>
                        </w:rPr>
                      </w:pPr>
                    </w:p>
                    <w:p w14:paraId="01CFC48F" w14:textId="77777777" w:rsidR="00B70C5D" w:rsidRDefault="00B70C5D" w:rsidP="00431C1D">
                      <w:pPr>
                        <w:spacing w:after="0" w:line="240" w:lineRule="auto"/>
                        <w:rPr>
                          <w:rFonts w:hint="eastAsia"/>
                          <w:lang w:eastAsia="ja-JP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70C5D">
        <w:rPr>
          <w:noProof/>
          <w:sz w:val="16"/>
          <w:szCs w:val="16"/>
          <w:lang w:eastAsia="ja-JP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73391AC" wp14:editId="044D84EC">
                <wp:simplePos x="0" y="0"/>
                <wp:positionH relativeFrom="page">
                  <wp:posOffset>3543300</wp:posOffset>
                </wp:positionH>
                <wp:positionV relativeFrom="paragraph">
                  <wp:posOffset>167005</wp:posOffset>
                </wp:positionV>
                <wp:extent cx="3924300" cy="2438400"/>
                <wp:effectExtent l="0" t="0" r="0" b="0"/>
                <wp:wrapSquare wrapText="bothSides"/>
                <wp:docPr id="21338826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243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fe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13"/>
                              <w:gridCol w:w="1559"/>
                              <w:gridCol w:w="2698"/>
                            </w:tblGrid>
                            <w:tr w:rsidR="00B70C5D" w14:paraId="7B7B7F62" w14:textId="77777777" w:rsidTr="00983FB8">
                              <w:trPr>
                                <w:trHeight w:val="850"/>
                              </w:trPr>
                              <w:tc>
                                <w:tcPr>
                                  <w:tcW w:w="1413" w:type="dxa"/>
                                  <w:vAlign w:val="center"/>
                                </w:tcPr>
                                <w:p w14:paraId="4E97D627" w14:textId="77777777" w:rsidR="00B70C5D" w:rsidRPr="00753986" w:rsidRDefault="00B70C5D" w:rsidP="00983FB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753986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申込人数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31FF7BB2" w14:textId="77777777" w:rsidR="00B70C5D" w:rsidRPr="00753986" w:rsidRDefault="00B70C5D" w:rsidP="00983FB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753986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金額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  <w:vAlign w:val="center"/>
                                </w:tcPr>
                                <w:p w14:paraId="31393A3A" w14:textId="77777777" w:rsidR="00B70C5D" w:rsidRPr="00753986" w:rsidRDefault="00B70C5D" w:rsidP="00983FB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753986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合計</w:t>
                                  </w:r>
                                </w:p>
                              </w:tc>
                            </w:tr>
                            <w:tr w:rsidR="00B70C5D" w14:paraId="6275B0AF" w14:textId="77777777" w:rsidTr="00983FB8">
                              <w:trPr>
                                <w:trHeight w:val="850"/>
                              </w:trPr>
                              <w:tc>
                                <w:tcPr>
                                  <w:tcW w:w="1413" w:type="dxa"/>
                                  <w:vAlign w:val="bottom"/>
                                </w:tcPr>
                                <w:p w14:paraId="4BD2DB45" w14:textId="77777777" w:rsidR="00B70C5D" w:rsidRDefault="00B70C5D" w:rsidP="00B70C5D">
                                  <w:pPr>
                                    <w:jc w:val="right"/>
                                  </w:pPr>
                                  <w: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vAlign w:val="bottom"/>
                                </w:tcPr>
                                <w:p w14:paraId="7332CBE4" w14:textId="77777777" w:rsidR="00B70C5D" w:rsidRDefault="00B70C5D" w:rsidP="00B70C5D">
                                  <w:pPr>
                                    <w:jc w:val="right"/>
                                  </w:pPr>
                                  <w:r>
                                    <w:t>円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  <w:vAlign w:val="bottom"/>
                                </w:tcPr>
                                <w:p w14:paraId="7EC4E442" w14:textId="77777777" w:rsidR="00B70C5D" w:rsidRDefault="00B70C5D" w:rsidP="00B70C5D">
                                  <w:pPr>
                                    <w:jc w:val="right"/>
                                  </w:pPr>
                                  <w:r>
                                    <w:t>円</w:t>
                                  </w:r>
                                </w:p>
                              </w:tc>
                            </w:tr>
                            <w:tr w:rsidR="00B70C5D" w14:paraId="7B289832" w14:textId="77777777" w:rsidTr="00983FB8">
                              <w:trPr>
                                <w:trHeight w:val="1701"/>
                              </w:trPr>
                              <w:tc>
                                <w:tcPr>
                                  <w:tcW w:w="5670" w:type="dxa"/>
                                  <w:gridSpan w:val="3"/>
                                </w:tcPr>
                                <w:p w14:paraId="58081B64" w14:textId="77777777" w:rsidR="00B70C5D" w:rsidRDefault="00B70C5D" w:rsidP="00B70C5D">
                                  <w:pPr>
                                    <w:rPr>
                                      <w:lang w:eastAsia="ja-JP"/>
                                    </w:rPr>
                                  </w:pPr>
                                  <w:proofErr w:type="spellStart"/>
                                  <w:r>
                                    <w:t>内訳</w:t>
                                  </w:r>
                                  <w:proofErr w:type="spellEnd"/>
                                  <w:r>
                                    <w:t xml:space="preserve">　</w:t>
                                  </w:r>
                                </w:p>
                                <w:p w14:paraId="4A0FA1CC" w14:textId="77777777" w:rsidR="00B70C5D" w:rsidRDefault="00B70C5D" w:rsidP="00B70C5D">
                                  <w:pPr>
                                    <w:rPr>
                                      <w:lang w:eastAsia="ja-JP"/>
                                    </w:rPr>
                                  </w:pPr>
                                </w:p>
                                <w:p w14:paraId="54BEDA1D" w14:textId="77777777" w:rsidR="00B70C5D" w:rsidRPr="009D7AFD" w:rsidRDefault="00B70C5D" w:rsidP="00B70C5D">
                                  <w:pPr>
                                    <w:jc w:val="right"/>
                                    <w:rPr>
                                      <w:sz w:val="16"/>
                                      <w:szCs w:val="16"/>
                                      <w:u w:val="single"/>
                                      <w:lang w:eastAsia="ja-JP"/>
                                    </w:rPr>
                                  </w:pPr>
                                  <w:r w:rsidRPr="009D7AFD">
                                    <w:rPr>
                                      <w:sz w:val="16"/>
                                      <w:szCs w:val="16"/>
                                      <w:u w:val="single"/>
                                    </w:rPr>
                                    <w:t>10%対象　　　　円</w:t>
                                  </w:r>
                                </w:p>
                                <w:p w14:paraId="38C25D8E" w14:textId="77777777" w:rsidR="00B70C5D" w:rsidRPr="00C40C50" w:rsidRDefault="00B70C5D" w:rsidP="00B70C5D">
                                  <w:pPr>
                                    <w:ind w:right="640"/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</w:p>
                                <w:p w14:paraId="138BF452" w14:textId="77777777" w:rsidR="00B70C5D" w:rsidRPr="009D7AFD" w:rsidRDefault="00B70C5D" w:rsidP="00B70C5D">
                                  <w:pPr>
                                    <w:jc w:val="right"/>
                                    <w:rPr>
                                      <w:u w:val="single"/>
                                    </w:rPr>
                                  </w:pPr>
                                  <w:proofErr w:type="spellStart"/>
                                  <w:r w:rsidRPr="009D7AFD">
                                    <w:rPr>
                                      <w:sz w:val="16"/>
                                      <w:szCs w:val="16"/>
                                      <w:u w:val="single"/>
                                    </w:rPr>
                                    <w:t>消費税</w:t>
                                  </w:r>
                                  <w:proofErr w:type="spellEnd"/>
                                  <w:r w:rsidRPr="009D7AFD">
                                    <w:rPr>
                                      <w:sz w:val="16"/>
                                      <w:szCs w:val="16"/>
                                      <w:u w:val="single"/>
                                    </w:rPr>
                                    <w:t xml:space="preserve">　　　　</w:t>
                                  </w:r>
                                  <w:r w:rsidRPr="009D7AFD">
                                    <w:rPr>
                                      <w:rFonts w:hint="eastAsia"/>
                                      <w:sz w:val="16"/>
                                      <w:szCs w:val="16"/>
                                      <w:u w:val="single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9D7AFD">
                                    <w:rPr>
                                      <w:sz w:val="16"/>
                                      <w:szCs w:val="16"/>
                                      <w:u w:val="single"/>
                                    </w:rPr>
                                    <w:t>円</w:t>
                                  </w:r>
                                </w:p>
                              </w:tc>
                            </w:tr>
                          </w:tbl>
                          <w:p w14:paraId="4E182D84" w14:textId="77777777" w:rsidR="00B70C5D" w:rsidRDefault="00B70C5D" w:rsidP="00B70C5D">
                            <w:pPr>
                              <w:spacing w:after="0" w:line="240" w:lineRule="auto"/>
                              <w:rPr>
                                <w:rFonts w:hint="eastAsia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391AC" id="_x0000_s1028" type="#_x0000_t202" style="position:absolute;margin-left:279pt;margin-top:13.15pt;width:309pt;height:19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" filled="f" stroked="f">
                <v:textbox>
                  <w:txbxContent>
                    <w:tbl>
                      <w:tblPr>
                        <w:tblStyle w:val="afe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1413"/>
                        <w:gridCol w:w="1559"/>
                        <w:gridCol w:w="2698"/>
                      </w:tblGrid>
                      <w:tr w:rsidR="00B70C5D" w14:paraId="7B7B7F62" w14:textId="77777777" w:rsidTr="00983FB8">
                        <w:trPr>
                          <w:trHeight w:val="850"/>
                        </w:trPr>
                        <w:tc>
                          <w:tcPr>
                            <w:tcW w:w="1413" w:type="dxa"/>
                            <w:vAlign w:val="center"/>
                          </w:tcPr>
                          <w:p w14:paraId="4E97D627" w14:textId="77777777" w:rsidR="00B70C5D" w:rsidRPr="00753986" w:rsidRDefault="00B70C5D" w:rsidP="00983FB8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5398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申込人数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14:paraId="31FF7BB2" w14:textId="77777777" w:rsidR="00B70C5D" w:rsidRPr="00753986" w:rsidRDefault="00B70C5D" w:rsidP="00983FB8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5398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金額</w:t>
                            </w:r>
                          </w:p>
                        </w:tc>
                        <w:tc>
                          <w:tcPr>
                            <w:tcW w:w="2698" w:type="dxa"/>
                            <w:vAlign w:val="center"/>
                          </w:tcPr>
                          <w:p w14:paraId="31393A3A" w14:textId="77777777" w:rsidR="00B70C5D" w:rsidRPr="00753986" w:rsidRDefault="00B70C5D" w:rsidP="00983FB8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5398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合計</w:t>
                            </w:r>
                          </w:p>
                        </w:tc>
                      </w:tr>
                      <w:tr w:rsidR="00B70C5D" w14:paraId="6275B0AF" w14:textId="77777777" w:rsidTr="00983FB8">
                        <w:trPr>
                          <w:trHeight w:val="850"/>
                        </w:trPr>
                        <w:tc>
                          <w:tcPr>
                            <w:tcW w:w="1413" w:type="dxa"/>
                            <w:vAlign w:val="bottom"/>
                          </w:tcPr>
                          <w:p w14:paraId="4BD2DB45" w14:textId="77777777" w:rsidR="00B70C5D" w:rsidRDefault="00B70C5D" w:rsidP="00B70C5D">
                            <w:pPr>
                              <w:jc w:val="right"/>
                            </w:pPr>
                            <w:r>
                              <w:t>名</w:t>
                            </w:r>
                          </w:p>
                        </w:tc>
                        <w:tc>
                          <w:tcPr>
                            <w:tcW w:w="1559" w:type="dxa"/>
                            <w:vAlign w:val="bottom"/>
                          </w:tcPr>
                          <w:p w14:paraId="7332CBE4" w14:textId="77777777" w:rsidR="00B70C5D" w:rsidRDefault="00B70C5D" w:rsidP="00B70C5D">
                            <w:pPr>
                              <w:jc w:val="right"/>
                            </w:pPr>
                            <w:r>
                              <w:t>円</w:t>
                            </w:r>
                          </w:p>
                        </w:tc>
                        <w:tc>
                          <w:tcPr>
                            <w:tcW w:w="2698" w:type="dxa"/>
                            <w:vAlign w:val="bottom"/>
                          </w:tcPr>
                          <w:p w14:paraId="7EC4E442" w14:textId="77777777" w:rsidR="00B70C5D" w:rsidRDefault="00B70C5D" w:rsidP="00B70C5D">
                            <w:pPr>
                              <w:jc w:val="right"/>
                            </w:pPr>
                            <w:r>
                              <w:t>円</w:t>
                            </w:r>
                          </w:p>
                        </w:tc>
                      </w:tr>
                      <w:tr w:rsidR="00B70C5D" w14:paraId="7B289832" w14:textId="77777777" w:rsidTr="00983FB8">
                        <w:trPr>
                          <w:trHeight w:val="1701"/>
                        </w:trPr>
                        <w:tc>
                          <w:tcPr>
                            <w:tcW w:w="5670" w:type="dxa"/>
                            <w:gridSpan w:val="3"/>
                          </w:tcPr>
                          <w:p w14:paraId="58081B64" w14:textId="77777777" w:rsidR="00B70C5D" w:rsidRDefault="00B70C5D" w:rsidP="00B70C5D">
                            <w:pPr>
                              <w:rPr>
                                <w:lang w:eastAsia="ja-JP"/>
                              </w:rPr>
                            </w:pPr>
                            <w:proofErr w:type="spellStart"/>
                            <w:r>
                              <w:t>内訳</w:t>
                            </w:r>
                            <w:proofErr w:type="spellEnd"/>
                            <w:r>
                              <w:t xml:space="preserve">　</w:t>
                            </w:r>
                          </w:p>
                          <w:p w14:paraId="4A0FA1CC" w14:textId="77777777" w:rsidR="00B70C5D" w:rsidRDefault="00B70C5D" w:rsidP="00B70C5D">
                            <w:pPr>
                              <w:rPr>
                                <w:lang w:eastAsia="ja-JP"/>
                              </w:rPr>
                            </w:pPr>
                          </w:p>
                          <w:p w14:paraId="54BEDA1D" w14:textId="77777777" w:rsidR="00B70C5D" w:rsidRPr="009D7AFD" w:rsidRDefault="00B70C5D" w:rsidP="00B70C5D">
                            <w:pPr>
                              <w:jc w:val="right"/>
                              <w:rPr>
                                <w:sz w:val="16"/>
                                <w:szCs w:val="16"/>
                                <w:u w:val="single"/>
                                <w:lang w:eastAsia="ja-JP"/>
                              </w:rPr>
                            </w:pPr>
                            <w:r w:rsidRPr="009D7AFD">
                              <w:rPr>
                                <w:sz w:val="16"/>
                                <w:szCs w:val="16"/>
                                <w:u w:val="single"/>
                              </w:rPr>
                              <w:t>10%対象　　　　円</w:t>
                            </w:r>
                          </w:p>
                          <w:p w14:paraId="38C25D8E" w14:textId="77777777" w:rsidR="00B70C5D" w:rsidRPr="00C40C50" w:rsidRDefault="00B70C5D" w:rsidP="00B70C5D">
                            <w:pPr>
                              <w:ind w:right="640"/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</w:pPr>
                          </w:p>
                          <w:p w14:paraId="138BF452" w14:textId="77777777" w:rsidR="00B70C5D" w:rsidRPr="009D7AFD" w:rsidRDefault="00B70C5D" w:rsidP="00B70C5D">
                            <w:pPr>
                              <w:jc w:val="right"/>
                              <w:rPr>
                                <w:u w:val="single"/>
                              </w:rPr>
                            </w:pPr>
                            <w:proofErr w:type="spellStart"/>
                            <w:r w:rsidRPr="009D7AFD">
                              <w:rPr>
                                <w:sz w:val="16"/>
                                <w:szCs w:val="16"/>
                                <w:u w:val="single"/>
                              </w:rPr>
                              <w:t>消費税</w:t>
                            </w:r>
                            <w:proofErr w:type="spellEnd"/>
                            <w:r w:rsidRPr="009D7AFD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　　　　</w:t>
                            </w:r>
                            <w:r w:rsidRPr="009D7AFD">
                              <w:rPr>
                                <w:rFonts w:hint="eastAsia"/>
                                <w:sz w:val="16"/>
                                <w:szCs w:val="16"/>
                                <w:u w:val="single"/>
                                <w:lang w:eastAsia="ja-JP"/>
                              </w:rPr>
                              <w:t xml:space="preserve">　</w:t>
                            </w:r>
                            <w:r w:rsidRPr="009D7AFD">
                              <w:rPr>
                                <w:sz w:val="16"/>
                                <w:szCs w:val="16"/>
                                <w:u w:val="single"/>
                              </w:rPr>
                              <w:t>円</w:t>
                            </w:r>
                          </w:p>
                        </w:tc>
                      </w:tr>
                    </w:tbl>
                    <w:p w14:paraId="4E182D84" w14:textId="77777777" w:rsidR="00B70C5D" w:rsidRDefault="00B70C5D" w:rsidP="00B70C5D">
                      <w:pPr>
                        <w:spacing w:after="0" w:line="240" w:lineRule="auto"/>
                        <w:rPr>
                          <w:rFonts w:hint="eastAsia"/>
                          <w:lang w:eastAsia="ja-JP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tbl>
      <w:tblPr>
        <w:tblStyle w:val="afe"/>
        <w:tblW w:w="0" w:type="auto"/>
        <w:tblInd w:w="-5" w:type="dxa"/>
        <w:tblLook w:val="04A0" w:firstRow="1" w:lastRow="0" w:firstColumn="1" w:lastColumn="0" w:noHBand="0" w:noVBand="1"/>
      </w:tblPr>
      <w:tblGrid>
        <w:gridCol w:w="2122"/>
        <w:gridCol w:w="1134"/>
        <w:gridCol w:w="1275"/>
      </w:tblGrid>
      <w:tr w:rsidR="003776BB" w14:paraId="2B1F39FA" w14:textId="77777777" w:rsidTr="00983FB8">
        <w:trPr>
          <w:trHeight w:val="850"/>
        </w:trPr>
        <w:tc>
          <w:tcPr>
            <w:tcW w:w="2122" w:type="dxa"/>
            <w:vAlign w:val="center"/>
          </w:tcPr>
          <w:p w14:paraId="3772E572" w14:textId="77777777" w:rsidR="003776BB" w:rsidRPr="00983FB8" w:rsidRDefault="00000000" w:rsidP="00C40C50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983FB8">
              <w:rPr>
                <w:b/>
                <w:bCs/>
                <w:sz w:val="24"/>
                <w:szCs w:val="24"/>
              </w:rPr>
              <w:t>氏名</w:t>
            </w:r>
            <w:proofErr w:type="spellEnd"/>
          </w:p>
        </w:tc>
        <w:tc>
          <w:tcPr>
            <w:tcW w:w="1134" w:type="dxa"/>
            <w:vAlign w:val="center"/>
          </w:tcPr>
          <w:p w14:paraId="4DD927BF" w14:textId="77777777" w:rsidR="003776BB" w:rsidRPr="00983FB8" w:rsidRDefault="00000000" w:rsidP="00C40C50">
            <w:pPr>
              <w:jc w:val="center"/>
              <w:rPr>
                <w:b/>
                <w:bCs/>
                <w:sz w:val="24"/>
                <w:szCs w:val="24"/>
              </w:rPr>
            </w:pPr>
            <w:r w:rsidRPr="00983FB8">
              <w:rPr>
                <w:b/>
                <w:bCs/>
                <w:sz w:val="24"/>
                <w:szCs w:val="24"/>
              </w:rPr>
              <w:t>性別</w:t>
            </w:r>
          </w:p>
        </w:tc>
        <w:tc>
          <w:tcPr>
            <w:tcW w:w="1275" w:type="dxa"/>
            <w:vAlign w:val="center"/>
          </w:tcPr>
          <w:p w14:paraId="1ED6A25B" w14:textId="77777777" w:rsidR="003776BB" w:rsidRPr="00983FB8" w:rsidRDefault="00000000" w:rsidP="00C40C50">
            <w:pPr>
              <w:jc w:val="center"/>
              <w:rPr>
                <w:b/>
                <w:bCs/>
                <w:sz w:val="24"/>
                <w:szCs w:val="24"/>
              </w:rPr>
            </w:pPr>
            <w:r w:rsidRPr="00983FB8">
              <w:rPr>
                <w:b/>
                <w:bCs/>
                <w:sz w:val="24"/>
                <w:szCs w:val="24"/>
              </w:rPr>
              <w:t>入社年月</w:t>
            </w:r>
          </w:p>
        </w:tc>
      </w:tr>
      <w:tr w:rsidR="003776BB" w14:paraId="521C0E0A" w14:textId="77777777" w:rsidTr="000746A6">
        <w:trPr>
          <w:trHeight w:val="794"/>
        </w:trPr>
        <w:tc>
          <w:tcPr>
            <w:tcW w:w="2122" w:type="dxa"/>
          </w:tcPr>
          <w:p w14:paraId="67FFF925" w14:textId="77777777" w:rsidR="003776BB" w:rsidRPr="00C40C50" w:rsidRDefault="00000000" w:rsidP="00C40C50">
            <w:pPr>
              <w:jc w:val="both"/>
              <w:rPr>
                <w:sz w:val="10"/>
                <w:szCs w:val="10"/>
              </w:rPr>
            </w:pPr>
            <w:r w:rsidRPr="00C40C50">
              <w:rPr>
                <w:sz w:val="10"/>
                <w:szCs w:val="10"/>
              </w:rPr>
              <w:t>(フリガナ)</w:t>
            </w:r>
          </w:p>
        </w:tc>
        <w:tc>
          <w:tcPr>
            <w:tcW w:w="1134" w:type="dxa"/>
            <w:vAlign w:val="center"/>
          </w:tcPr>
          <w:p w14:paraId="6205EBA9" w14:textId="77777777" w:rsidR="003776BB" w:rsidRDefault="00000000" w:rsidP="00C40C50">
            <w:pPr>
              <w:jc w:val="center"/>
            </w:pPr>
            <w:r>
              <w:t>男・女</w:t>
            </w:r>
          </w:p>
        </w:tc>
        <w:tc>
          <w:tcPr>
            <w:tcW w:w="1275" w:type="dxa"/>
            <w:vAlign w:val="center"/>
          </w:tcPr>
          <w:p w14:paraId="182EAFD4" w14:textId="645991E0" w:rsidR="003776BB" w:rsidRDefault="00000000" w:rsidP="00C40C50">
            <w:pPr>
              <w:ind w:firstLineChars="200" w:firstLine="400"/>
              <w:jc w:val="both"/>
            </w:pPr>
            <w:r>
              <w:t>年　月</w:t>
            </w:r>
          </w:p>
        </w:tc>
      </w:tr>
      <w:tr w:rsidR="003776BB" w14:paraId="51F5FD1C" w14:textId="77777777" w:rsidTr="000746A6">
        <w:trPr>
          <w:trHeight w:val="794"/>
        </w:trPr>
        <w:tc>
          <w:tcPr>
            <w:tcW w:w="2122" w:type="dxa"/>
          </w:tcPr>
          <w:p w14:paraId="19536E0D" w14:textId="77777777" w:rsidR="003776BB" w:rsidRPr="00C40C50" w:rsidRDefault="00000000" w:rsidP="00C40C50">
            <w:pPr>
              <w:jc w:val="both"/>
              <w:rPr>
                <w:sz w:val="10"/>
                <w:szCs w:val="10"/>
              </w:rPr>
            </w:pPr>
            <w:r w:rsidRPr="00C40C50">
              <w:rPr>
                <w:sz w:val="10"/>
                <w:szCs w:val="10"/>
              </w:rPr>
              <w:t>(フリガナ)</w:t>
            </w:r>
          </w:p>
        </w:tc>
        <w:tc>
          <w:tcPr>
            <w:tcW w:w="1134" w:type="dxa"/>
            <w:vAlign w:val="center"/>
          </w:tcPr>
          <w:p w14:paraId="30B1A916" w14:textId="77777777" w:rsidR="003776BB" w:rsidRDefault="00000000" w:rsidP="00C40C50">
            <w:pPr>
              <w:jc w:val="center"/>
            </w:pPr>
            <w:r>
              <w:t>男・女</w:t>
            </w:r>
          </w:p>
        </w:tc>
        <w:tc>
          <w:tcPr>
            <w:tcW w:w="1275" w:type="dxa"/>
            <w:vAlign w:val="center"/>
          </w:tcPr>
          <w:p w14:paraId="2AB08BF5" w14:textId="1D8E15B0" w:rsidR="003776BB" w:rsidRDefault="00000000" w:rsidP="00C40C50">
            <w:pPr>
              <w:ind w:firstLineChars="200" w:firstLine="400"/>
              <w:jc w:val="both"/>
            </w:pPr>
            <w:r>
              <w:t>年　月</w:t>
            </w:r>
          </w:p>
        </w:tc>
      </w:tr>
      <w:tr w:rsidR="003776BB" w14:paraId="3884D3CB" w14:textId="77777777" w:rsidTr="000746A6">
        <w:trPr>
          <w:trHeight w:val="794"/>
        </w:trPr>
        <w:tc>
          <w:tcPr>
            <w:tcW w:w="2122" w:type="dxa"/>
          </w:tcPr>
          <w:p w14:paraId="64FC0378" w14:textId="6A5110A6" w:rsidR="003776BB" w:rsidRPr="00C40C50" w:rsidRDefault="00000000" w:rsidP="00C40C50">
            <w:pPr>
              <w:jc w:val="both"/>
              <w:rPr>
                <w:sz w:val="10"/>
                <w:szCs w:val="10"/>
              </w:rPr>
            </w:pPr>
            <w:r w:rsidRPr="00C40C50">
              <w:rPr>
                <w:sz w:val="10"/>
                <w:szCs w:val="10"/>
              </w:rPr>
              <w:t>(</w:t>
            </w:r>
            <w:proofErr w:type="spellStart"/>
            <w:r w:rsidRPr="00C40C50">
              <w:rPr>
                <w:sz w:val="10"/>
                <w:szCs w:val="10"/>
              </w:rPr>
              <w:t>フリガナ</w:t>
            </w:r>
            <w:proofErr w:type="spellEnd"/>
            <w:r w:rsidRPr="00C40C50">
              <w:rPr>
                <w:sz w:val="10"/>
                <w:szCs w:val="10"/>
              </w:rPr>
              <w:t>)</w:t>
            </w:r>
          </w:p>
        </w:tc>
        <w:tc>
          <w:tcPr>
            <w:tcW w:w="1134" w:type="dxa"/>
            <w:vAlign w:val="center"/>
          </w:tcPr>
          <w:p w14:paraId="331E0CCE" w14:textId="2C218C13" w:rsidR="003776BB" w:rsidRDefault="00000000" w:rsidP="00C40C50">
            <w:pPr>
              <w:jc w:val="center"/>
            </w:pPr>
            <w:proofErr w:type="spellStart"/>
            <w:r>
              <w:t>男・女</w:t>
            </w:r>
            <w:proofErr w:type="spellEnd"/>
          </w:p>
        </w:tc>
        <w:tc>
          <w:tcPr>
            <w:tcW w:w="1275" w:type="dxa"/>
            <w:vAlign w:val="center"/>
          </w:tcPr>
          <w:p w14:paraId="22DDF821" w14:textId="789BABE1" w:rsidR="003776BB" w:rsidRDefault="00000000" w:rsidP="00C40C50">
            <w:pPr>
              <w:ind w:firstLineChars="200" w:firstLine="400"/>
              <w:jc w:val="both"/>
            </w:pPr>
            <w:r>
              <w:t>年　月</w:t>
            </w:r>
          </w:p>
        </w:tc>
      </w:tr>
      <w:tr w:rsidR="003776BB" w14:paraId="768891CF" w14:textId="77777777" w:rsidTr="000746A6">
        <w:trPr>
          <w:trHeight w:val="794"/>
        </w:trPr>
        <w:tc>
          <w:tcPr>
            <w:tcW w:w="2122" w:type="dxa"/>
          </w:tcPr>
          <w:p w14:paraId="5ABDE95D" w14:textId="5D89F761" w:rsidR="003776BB" w:rsidRPr="00C40C50" w:rsidRDefault="00000000" w:rsidP="00C40C50">
            <w:pPr>
              <w:jc w:val="both"/>
              <w:rPr>
                <w:sz w:val="10"/>
                <w:szCs w:val="10"/>
              </w:rPr>
            </w:pPr>
            <w:r w:rsidRPr="00C40C50">
              <w:rPr>
                <w:sz w:val="10"/>
                <w:szCs w:val="10"/>
              </w:rPr>
              <w:t>(</w:t>
            </w:r>
            <w:proofErr w:type="spellStart"/>
            <w:r w:rsidRPr="00C40C50">
              <w:rPr>
                <w:sz w:val="10"/>
                <w:szCs w:val="10"/>
              </w:rPr>
              <w:t>フリガナ</w:t>
            </w:r>
            <w:proofErr w:type="spellEnd"/>
            <w:r w:rsidRPr="00C40C50">
              <w:rPr>
                <w:sz w:val="10"/>
                <w:szCs w:val="10"/>
              </w:rPr>
              <w:t>)</w:t>
            </w:r>
          </w:p>
        </w:tc>
        <w:tc>
          <w:tcPr>
            <w:tcW w:w="1134" w:type="dxa"/>
            <w:vAlign w:val="center"/>
          </w:tcPr>
          <w:p w14:paraId="42AE6DBA" w14:textId="77777777" w:rsidR="003776BB" w:rsidRDefault="00000000" w:rsidP="00C40C50">
            <w:pPr>
              <w:jc w:val="center"/>
            </w:pPr>
            <w:r>
              <w:t>男・女</w:t>
            </w:r>
          </w:p>
        </w:tc>
        <w:tc>
          <w:tcPr>
            <w:tcW w:w="1275" w:type="dxa"/>
            <w:vAlign w:val="center"/>
          </w:tcPr>
          <w:p w14:paraId="38B44359" w14:textId="0D663332" w:rsidR="003776BB" w:rsidRDefault="00000000" w:rsidP="00C40C50">
            <w:pPr>
              <w:ind w:firstLineChars="200" w:firstLine="400"/>
              <w:jc w:val="both"/>
            </w:pPr>
            <w:r>
              <w:t>年　月</w:t>
            </w:r>
          </w:p>
        </w:tc>
      </w:tr>
      <w:tr w:rsidR="003776BB" w14:paraId="1CE7B3E4" w14:textId="77777777" w:rsidTr="000746A6">
        <w:trPr>
          <w:trHeight w:val="794"/>
        </w:trPr>
        <w:tc>
          <w:tcPr>
            <w:tcW w:w="2122" w:type="dxa"/>
          </w:tcPr>
          <w:p w14:paraId="704EA24A" w14:textId="1AB026F6" w:rsidR="003776BB" w:rsidRPr="00C40C50" w:rsidRDefault="00000000" w:rsidP="00C40C50">
            <w:pPr>
              <w:jc w:val="both"/>
              <w:rPr>
                <w:sz w:val="10"/>
                <w:szCs w:val="10"/>
              </w:rPr>
            </w:pPr>
            <w:r w:rsidRPr="00C40C50">
              <w:rPr>
                <w:sz w:val="10"/>
                <w:szCs w:val="10"/>
              </w:rPr>
              <w:t>(</w:t>
            </w:r>
            <w:proofErr w:type="spellStart"/>
            <w:r w:rsidRPr="00C40C50">
              <w:rPr>
                <w:sz w:val="10"/>
                <w:szCs w:val="10"/>
              </w:rPr>
              <w:t>フリガナ</w:t>
            </w:r>
            <w:proofErr w:type="spellEnd"/>
            <w:r w:rsidRPr="00C40C50">
              <w:rPr>
                <w:sz w:val="10"/>
                <w:szCs w:val="10"/>
              </w:rPr>
              <w:t>)</w:t>
            </w:r>
          </w:p>
        </w:tc>
        <w:tc>
          <w:tcPr>
            <w:tcW w:w="1134" w:type="dxa"/>
            <w:vAlign w:val="center"/>
          </w:tcPr>
          <w:p w14:paraId="13B4E6E6" w14:textId="77777777" w:rsidR="003776BB" w:rsidRDefault="00000000" w:rsidP="00C40C50">
            <w:pPr>
              <w:jc w:val="center"/>
            </w:pPr>
            <w:r>
              <w:t>男・女</w:t>
            </w:r>
          </w:p>
        </w:tc>
        <w:tc>
          <w:tcPr>
            <w:tcW w:w="1275" w:type="dxa"/>
            <w:vAlign w:val="center"/>
          </w:tcPr>
          <w:p w14:paraId="1E0ABC54" w14:textId="24C6C2D5" w:rsidR="003776BB" w:rsidRDefault="00000000" w:rsidP="00C40C50">
            <w:pPr>
              <w:ind w:firstLineChars="200" w:firstLine="400"/>
              <w:jc w:val="both"/>
            </w:pPr>
            <w:r>
              <w:t>年　月</w:t>
            </w:r>
          </w:p>
        </w:tc>
      </w:tr>
      <w:tr w:rsidR="003776BB" w14:paraId="4A2EA14B" w14:textId="77777777" w:rsidTr="000746A6">
        <w:trPr>
          <w:trHeight w:val="794"/>
        </w:trPr>
        <w:tc>
          <w:tcPr>
            <w:tcW w:w="2122" w:type="dxa"/>
          </w:tcPr>
          <w:p w14:paraId="7FECEF57" w14:textId="77777777" w:rsidR="003776BB" w:rsidRPr="00C40C50" w:rsidRDefault="00000000" w:rsidP="00C40C50">
            <w:pPr>
              <w:jc w:val="both"/>
              <w:rPr>
                <w:sz w:val="10"/>
                <w:szCs w:val="10"/>
              </w:rPr>
            </w:pPr>
            <w:r w:rsidRPr="00C40C50">
              <w:rPr>
                <w:sz w:val="10"/>
                <w:szCs w:val="10"/>
              </w:rPr>
              <w:t>(フリガナ)</w:t>
            </w:r>
          </w:p>
        </w:tc>
        <w:tc>
          <w:tcPr>
            <w:tcW w:w="1134" w:type="dxa"/>
            <w:vAlign w:val="center"/>
          </w:tcPr>
          <w:p w14:paraId="3FA6E1AE" w14:textId="35FC2955" w:rsidR="003776BB" w:rsidRDefault="00000000" w:rsidP="00C40C50">
            <w:pPr>
              <w:jc w:val="center"/>
            </w:pPr>
            <w:proofErr w:type="spellStart"/>
            <w:r>
              <w:t>男・女</w:t>
            </w:r>
            <w:proofErr w:type="spellEnd"/>
          </w:p>
        </w:tc>
        <w:tc>
          <w:tcPr>
            <w:tcW w:w="1275" w:type="dxa"/>
            <w:vAlign w:val="center"/>
          </w:tcPr>
          <w:p w14:paraId="002C9A78" w14:textId="2F03118D" w:rsidR="003776BB" w:rsidRDefault="00000000" w:rsidP="00C40C50">
            <w:pPr>
              <w:ind w:firstLineChars="200" w:firstLine="400"/>
              <w:jc w:val="both"/>
            </w:pPr>
            <w:r>
              <w:t>年　月</w:t>
            </w:r>
          </w:p>
        </w:tc>
      </w:tr>
      <w:tr w:rsidR="003776BB" w14:paraId="1725FD83" w14:textId="77777777" w:rsidTr="000746A6">
        <w:trPr>
          <w:trHeight w:val="794"/>
        </w:trPr>
        <w:tc>
          <w:tcPr>
            <w:tcW w:w="2122" w:type="dxa"/>
          </w:tcPr>
          <w:p w14:paraId="79EEA0D2" w14:textId="77777777" w:rsidR="003776BB" w:rsidRPr="00C40C50" w:rsidRDefault="00000000" w:rsidP="00C40C50">
            <w:pPr>
              <w:jc w:val="both"/>
              <w:rPr>
                <w:sz w:val="10"/>
                <w:szCs w:val="10"/>
              </w:rPr>
            </w:pPr>
            <w:r w:rsidRPr="00C40C50">
              <w:rPr>
                <w:sz w:val="10"/>
                <w:szCs w:val="10"/>
              </w:rPr>
              <w:t>(フリガナ)</w:t>
            </w:r>
          </w:p>
        </w:tc>
        <w:tc>
          <w:tcPr>
            <w:tcW w:w="1134" w:type="dxa"/>
            <w:vAlign w:val="center"/>
          </w:tcPr>
          <w:p w14:paraId="529C9A10" w14:textId="77777777" w:rsidR="003776BB" w:rsidRDefault="00000000" w:rsidP="00C40C50">
            <w:pPr>
              <w:jc w:val="center"/>
            </w:pPr>
            <w:r>
              <w:t>男・女</w:t>
            </w:r>
          </w:p>
        </w:tc>
        <w:tc>
          <w:tcPr>
            <w:tcW w:w="1275" w:type="dxa"/>
            <w:vAlign w:val="center"/>
          </w:tcPr>
          <w:p w14:paraId="5CCF48BA" w14:textId="1F151A25" w:rsidR="003776BB" w:rsidRDefault="00000000" w:rsidP="00C40C50">
            <w:pPr>
              <w:ind w:firstLineChars="200" w:firstLine="400"/>
              <w:jc w:val="both"/>
            </w:pPr>
            <w:r>
              <w:t>年　月</w:t>
            </w:r>
          </w:p>
        </w:tc>
      </w:tr>
      <w:tr w:rsidR="003776BB" w14:paraId="332E0FCC" w14:textId="77777777" w:rsidTr="000746A6">
        <w:trPr>
          <w:trHeight w:val="794"/>
        </w:trPr>
        <w:tc>
          <w:tcPr>
            <w:tcW w:w="2122" w:type="dxa"/>
          </w:tcPr>
          <w:p w14:paraId="277B3A52" w14:textId="46C13549" w:rsidR="003776BB" w:rsidRPr="00C40C50" w:rsidRDefault="00000000" w:rsidP="00C40C50">
            <w:pPr>
              <w:jc w:val="both"/>
              <w:rPr>
                <w:sz w:val="10"/>
                <w:szCs w:val="10"/>
              </w:rPr>
            </w:pPr>
            <w:r w:rsidRPr="00C40C50">
              <w:rPr>
                <w:sz w:val="10"/>
                <w:szCs w:val="10"/>
              </w:rPr>
              <w:t>(</w:t>
            </w:r>
            <w:proofErr w:type="spellStart"/>
            <w:r w:rsidRPr="00C40C50">
              <w:rPr>
                <w:sz w:val="10"/>
                <w:szCs w:val="10"/>
              </w:rPr>
              <w:t>フリガナ</w:t>
            </w:r>
            <w:proofErr w:type="spellEnd"/>
            <w:r w:rsidRPr="00C40C50">
              <w:rPr>
                <w:sz w:val="10"/>
                <w:szCs w:val="10"/>
              </w:rPr>
              <w:t>)</w:t>
            </w:r>
          </w:p>
        </w:tc>
        <w:tc>
          <w:tcPr>
            <w:tcW w:w="1134" w:type="dxa"/>
            <w:vAlign w:val="center"/>
          </w:tcPr>
          <w:p w14:paraId="3D792A50" w14:textId="77777777" w:rsidR="003776BB" w:rsidRDefault="00000000" w:rsidP="00C40C50">
            <w:pPr>
              <w:jc w:val="center"/>
            </w:pPr>
            <w:r>
              <w:t>男・女</w:t>
            </w:r>
          </w:p>
        </w:tc>
        <w:tc>
          <w:tcPr>
            <w:tcW w:w="1275" w:type="dxa"/>
            <w:vAlign w:val="center"/>
          </w:tcPr>
          <w:p w14:paraId="6C5926B0" w14:textId="512E84AF" w:rsidR="003776BB" w:rsidRDefault="00000000" w:rsidP="00C40C50">
            <w:pPr>
              <w:ind w:firstLineChars="200" w:firstLine="400"/>
              <w:jc w:val="both"/>
            </w:pPr>
            <w:r>
              <w:t>年　月</w:t>
            </w:r>
          </w:p>
        </w:tc>
      </w:tr>
      <w:tr w:rsidR="003776BB" w14:paraId="3E3C5E0D" w14:textId="77777777" w:rsidTr="000746A6">
        <w:trPr>
          <w:trHeight w:val="794"/>
        </w:trPr>
        <w:tc>
          <w:tcPr>
            <w:tcW w:w="2122" w:type="dxa"/>
          </w:tcPr>
          <w:p w14:paraId="0920C148" w14:textId="77777777" w:rsidR="003776BB" w:rsidRPr="00C40C50" w:rsidRDefault="00000000" w:rsidP="00C40C50">
            <w:pPr>
              <w:jc w:val="both"/>
              <w:rPr>
                <w:sz w:val="10"/>
                <w:szCs w:val="10"/>
              </w:rPr>
            </w:pPr>
            <w:r w:rsidRPr="00C40C50">
              <w:rPr>
                <w:sz w:val="10"/>
                <w:szCs w:val="10"/>
              </w:rPr>
              <w:t>(フリガナ)</w:t>
            </w:r>
          </w:p>
        </w:tc>
        <w:tc>
          <w:tcPr>
            <w:tcW w:w="1134" w:type="dxa"/>
            <w:vAlign w:val="center"/>
          </w:tcPr>
          <w:p w14:paraId="48A39529" w14:textId="77777777" w:rsidR="003776BB" w:rsidRDefault="00000000" w:rsidP="00C40C50">
            <w:pPr>
              <w:jc w:val="center"/>
            </w:pPr>
            <w:r>
              <w:t>男・女</w:t>
            </w:r>
          </w:p>
        </w:tc>
        <w:tc>
          <w:tcPr>
            <w:tcW w:w="1275" w:type="dxa"/>
            <w:vAlign w:val="center"/>
          </w:tcPr>
          <w:p w14:paraId="469E33F7" w14:textId="66D052B7" w:rsidR="003776BB" w:rsidRDefault="00000000" w:rsidP="00C40C50">
            <w:pPr>
              <w:ind w:firstLineChars="200" w:firstLine="400"/>
              <w:jc w:val="both"/>
            </w:pPr>
            <w:r>
              <w:t>年　月</w:t>
            </w:r>
          </w:p>
        </w:tc>
      </w:tr>
      <w:tr w:rsidR="003776BB" w14:paraId="06AFF6CB" w14:textId="77777777" w:rsidTr="000746A6">
        <w:trPr>
          <w:trHeight w:val="794"/>
        </w:trPr>
        <w:tc>
          <w:tcPr>
            <w:tcW w:w="2122" w:type="dxa"/>
          </w:tcPr>
          <w:p w14:paraId="2CF0F1F7" w14:textId="77777777" w:rsidR="003776BB" w:rsidRPr="00C40C50" w:rsidRDefault="00000000" w:rsidP="00C40C50">
            <w:pPr>
              <w:jc w:val="both"/>
              <w:rPr>
                <w:sz w:val="10"/>
                <w:szCs w:val="10"/>
              </w:rPr>
            </w:pPr>
            <w:r w:rsidRPr="00C40C50">
              <w:rPr>
                <w:sz w:val="10"/>
                <w:szCs w:val="10"/>
              </w:rPr>
              <w:t>(フリガナ)</w:t>
            </w:r>
          </w:p>
        </w:tc>
        <w:tc>
          <w:tcPr>
            <w:tcW w:w="1134" w:type="dxa"/>
            <w:vAlign w:val="center"/>
          </w:tcPr>
          <w:p w14:paraId="327F5105" w14:textId="45A0A821" w:rsidR="003776BB" w:rsidRDefault="00000000" w:rsidP="00C40C50">
            <w:pPr>
              <w:jc w:val="center"/>
            </w:pPr>
            <w:proofErr w:type="spellStart"/>
            <w:r>
              <w:t>男・女</w:t>
            </w:r>
            <w:proofErr w:type="spellEnd"/>
          </w:p>
        </w:tc>
        <w:tc>
          <w:tcPr>
            <w:tcW w:w="1275" w:type="dxa"/>
            <w:vAlign w:val="center"/>
          </w:tcPr>
          <w:p w14:paraId="595400CF" w14:textId="3099FEE2" w:rsidR="003776BB" w:rsidRDefault="00000000" w:rsidP="00C40C50">
            <w:pPr>
              <w:ind w:firstLineChars="200" w:firstLine="400"/>
              <w:jc w:val="both"/>
            </w:pPr>
            <w:r>
              <w:t>年　月</w:t>
            </w:r>
          </w:p>
        </w:tc>
      </w:tr>
    </w:tbl>
    <w:p w14:paraId="79BE8032" w14:textId="199CD20D" w:rsidR="003776BB" w:rsidRPr="00C40C50" w:rsidRDefault="00983FB8" w:rsidP="009D7AFD">
      <w:pPr>
        <w:snapToGrid w:val="0"/>
        <w:spacing w:after="0" w:line="240" w:lineRule="auto"/>
        <w:rPr>
          <w:lang w:eastAsia="ja-JP"/>
        </w:rPr>
      </w:pPr>
      <w:r w:rsidRPr="00431C1D">
        <w:rPr>
          <w:noProof/>
          <w:sz w:val="16"/>
          <w:szCs w:val="16"/>
          <w:lang w:eastAsia="ja-JP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5DE75DB" wp14:editId="4F1B0D1A">
                <wp:simplePos x="0" y="0"/>
                <wp:positionH relativeFrom="page">
                  <wp:posOffset>3562350</wp:posOffset>
                </wp:positionH>
                <wp:positionV relativeFrom="paragraph">
                  <wp:posOffset>3810</wp:posOffset>
                </wp:positionV>
                <wp:extent cx="2457450" cy="1404620"/>
                <wp:effectExtent l="0" t="0" r="0" b="0"/>
                <wp:wrapSquare wrapText="bothSides"/>
                <wp:docPr id="86539159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7637" w14:textId="6B5AD451" w:rsidR="00431C1D" w:rsidRPr="00431C1D" w:rsidRDefault="00431C1D" w:rsidP="00431C1D">
                            <w:pPr>
                              <w:snapToGrid w:val="0"/>
                              <w:spacing w:after="0" w:line="240" w:lineRule="auto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431C1D">
                              <w:rPr>
                                <w:sz w:val="16"/>
                                <w:szCs w:val="16"/>
                              </w:rPr>
                              <w:t>E-mail：cci@ibara.ne.jp</w:t>
                            </w:r>
                          </w:p>
                          <w:p w14:paraId="5C90F0DA" w14:textId="1F421D80" w:rsidR="00431C1D" w:rsidRPr="00431C1D" w:rsidRDefault="00431C1D" w:rsidP="00431C1D">
                            <w:pPr>
                              <w:snapToGrid w:val="0"/>
                              <w:spacing w:after="0" w:line="240" w:lineRule="auto"/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431C1D">
                              <w:rPr>
                                <w:sz w:val="16"/>
                                <w:szCs w:val="16"/>
                              </w:rPr>
                              <w:t>FAX</w:t>
                            </w:r>
                            <w:proofErr w:type="gramStart"/>
                            <w:r w:rsidRPr="00431C1D">
                              <w:rPr>
                                <w:sz w:val="16"/>
                                <w:szCs w:val="16"/>
                              </w:rPr>
                              <w:t>：(</w:t>
                            </w:r>
                            <w:proofErr w:type="gramEnd"/>
                            <w:r w:rsidRPr="00431C1D">
                              <w:rPr>
                                <w:sz w:val="16"/>
                                <w:szCs w:val="16"/>
                              </w:rPr>
                              <w:t>0866)62-0411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E75DB" id="_x0000_s1029" type="#_x0000_t202" style="position:absolute;margin-left:280.5pt;margin-top:.3pt;width:193.5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" filled="f" stroked="f">
                <v:textbox style="mso-fit-shape-to-text:t">
                  <w:txbxContent>
                    <w:p w14:paraId="46727637" w14:textId="6B5AD451" w:rsidR="00431C1D" w:rsidRPr="00431C1D" w:rsidRDefault="00431C1D" w:rsidP="00431C1D">
                      <w:pPr>
                        <w:snapToGrid w:val="0"/>
                        <w:spacing w:after="0" w:line="240" w:lineRule="auto"/>
                        <w:rPr>
                          <w:sz w:val="16"/>
                          <w:szCs w:val="16"/>
                          <w:lang w:eastAsia="ja-JP"/>
                        </w:rPr>
                      </w:pPr>
                      <w:r w:rsidRPr="00431C1D">
                        <w:rPr>
                          <w:sz w:val="16"/>
                          <w:szCs w:val="16"/>
                        </w:rPr>
                        <w:t>E-mail：cci@ibara.ne.jp</w:t>
                      </w:r>
                    </w:p>
                    <w:p w14:paraId="5C90F0DA" w14:textId="1F421D80" w:rsidR="00431C1D" w:rsidRPr="00431C1D" w:rsidRDefault="00431C1D" w:rsidP="00431C1D">
                      <w:pPr>
                        <w:snapToGrid w:val="0"/>
                        <w:spacing w:after="0" w:line="240" w:lineRule="auto"/>
                        <w:rPr>
                          <w:rFonts w:hint="eastAsia"/>
                          <w:sz w:val="16"/>
                          <w:szCs w:val="16"/>
                          <w:lang w:eastAsia="ja-JP"/>
                        </w:rPr>
                      </w:pPr>
                      <w:r w:rsidRPr="00431C1D">
                        <w:rPr>
                          <w:sz w:val="16"/>
                          <w:szCs w:val="16"/>
                        </w:rPr>
                        <w:t>FAX</w:t>
                      </w:r>
                      <w:proofErr w:type="gramStart"/>
                      <w:r w:rsidRPr="00431C1D">
                        <w:rPr>
                          <w:sz w:val="16"/>
                          <w:szCs w:val="16"/>
                        </w:rPr>
                        <w:t>：(</w:t>
                      </w:r>
                      <w:proofErr w:type="gramEnd"/>
                      <w:r w:rsidRPr="00431C1D">
                        <w:rPr>
                          <w:sz w:val="16"/>
                          <w:szCs w:val="16"/>
                        </w:rPr>
                        <w:t>0866)62-0411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00000" w:rsidRPr="00431C1D">
        <w:rPr>
          <w:sz w:val="16"/>
          <w:szCs w:val="16"/>
          <w:lang w:eastAsia="ja-JP"/>
        </w:rPr>
        <w:t>※この情報は研修に関するお知らせ以外に使用いたしません</w:t>
      </w:r>
    </w:p>
    <w:p w14:paraId="5FE5BAB0" w14:textId="3C1A7E9D" w:rsidR="00C40C50" w:rsidRDefault="00C40C50" w:rsidP="00C40C50">
      <w:pPr>
        <w:rPr>
          <w:lang w:eastAsia="ja-JP"/>
        </w:rPr>
      </w:pPr>
    </w:p>
    <w:sectPr w:rsidR="00C40C50" w:rsidSect="00034616">
      <w:pgSz w:w="12240" w:h="15840"/>
      <w:pgMar w:top="680" w:right="850" w:bottom="68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453039">
    <w:abstractNumId w:val="8"/>
  </w:num>
  <w:num w:numId="2" w16cid:durableId="1984506271">
    <w:abstractNumId w:val="6"/>
  </w:num>
  <w:num w:numId="3" w16cid:durableId="328099612">
    <w:abstractNumId w:val="5"/>
  </w:num>
  <w:num w:numId="4" w16cid:durableId="145707807">
    <w:abstractNumId w:val="4"/>
  </w:num>
  <w:num w:numId="5" w16cid:durableId="682780066">
    <w:abstractNumId w:val="7"/>
  </w:num>
  <w:num w:numId="6" w16cid:durableId="1186752287">
    <w:abstractNumId w:val="3"/>
  </w:num>
  <w:num w:numId="7" w16cid:durableId="954557479">
    <w:abstractNumId w:val="2"/>
  </w:num>
  <w:num w:numId="8" w16cid:durableId="1381439567">
    <w:abstractNumId w:val="1"/>
  </w:num>
  <w:num w:numId="9" w16cid:durableId="1713919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46A6"/>
    <w:rsid w:val="0015074B"/>
    <w:rsid w:val="0029639D"/>
    <w:rsid w:val="00326F90"/>
    <w:rsid w:val="003776BB"/>
    <w:rsid w:val="003A38C7"/>
    <w:rsid w:val="0040278B"/>
    <w:rsid w:val="00431C1D"/>
    <w:rsid w:val="00753986"/>
    <w:rsid w:val="00983FB8"/>
    <w:rsid w:val="009D7AFD"/>
    <w:rsid w:val="00AA1D8D"/>
    <w:rsid w:val="00AD363F"/>
    <w:rsid w:val="00AF1974"/>
    <w:rsid w:val="00B4213F"/>
    <w:rsid w:val="00B47730"/>
    <w:rsid w:val="00B70C5D"/>
    <w:rsid w:val="00C40C50"/>
    <w:rsid w:val="00CB0664"/>
    <w:rsid w:val="00D22D0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61554A"/>
  <w14:defaultImageDpi w14:val="300"/>
  <w15:docId w15:val="{EF4B5683-EB02-4F04-BACF-9300ABBF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Yu Gothic" w:eastAsia="Yu Gothic" w:hAnsi="Yu Gothic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">
    <w:name w:val="Hyperlink"/>
    <w:basedOn w:val="a2"/>
    <w:uiPriority w:val="99"/>
    <w:unhideWhenUsed/>
    <w:rsid w:val="00431C1D"/>
    <w:rPr>
      <w:color w:val="0000FF" w:themeColor="hyperlink"/>
      <w:u w:val="single"/>
    </w:rPr>
  </w:style>
  <w:style w:type="character" w:styleId="aff0">
    <w:name w:val="Unresolved Mention"/>
    <w:basedOn w:val="a2"/>
    <w:uiPriority w:val="99"/>
    <w:semiHidden/>
    <w:unhideWhenUsed/>
    <w:rsid w:val="00431C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大希 楠</cp:lastModifiedBy>
  <cp:revision>7</cp:revision>
  <dcterms:created xsi:type="dcterms:W3CDTF">2026-08-07T05:06:00Z</dcterms:created>
  <dcterms:modified xsi:type="dcterms:W3CDTF">2026-08-07T06:17:00Z</dcterms:modified>
  <cp:category/>
</cp:coreProperties>
</file>